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C0BCC" w14:textId="77777777" w:rsidR="009A5FF6" w:rsidRDefault="00000000">
      <w:pPr>
        <w:pStyle w:val="Tytu"/>
      </w:pPr>
      <w:r>
        <w:t>Wniosek o rozliczenie wcześniejszej spłaty kredytu</w:t>
      </w:r>
    </w:p>
    <w:p w14:paraId="67CD664D" w14:textId="77777777" w:rsidR="009A5FF6" w:rsidRDefault="00000000">
      <w:r>
        <w:rPr>
          <w:b/>
          <w:color w:val="2F7D62"/>
          <w:sz w:val="24"/>
        </w:rPr>
        <w:t>Wzór do uzupełnienia</w:t>
      </w:r>
    </w:p>
    <w:p w14:paraId="4DDA85F8" w14:textId="475122B0" w:rsidR="009A5FF6" w:rsidRDefault="00000000">
      <w:r>
        <w:t xml:space="preserve">Materiał pomocniczy Moneta24.pl  |  Stan </w:t>
      </w:r>
      <w:proofErr w:type="spellStart"/>
      <w:r>
        <w:t>informacji</w:t>
      </w:r>
      <w:proofErr w:type="spellEnd"/>
      <w:r>
        <w:t xml:space="preserve">: 16 </w:t>
      </w:r>
      <w:proofErr w:type="spellStart"/>
      <w:r w:rsidR="007E1C03">
        <w:t>października</w:t>
      </w:r>
      <w:proofErr w:type="spellEnd"/>
      <w:r w:rsidR="007E1C03">
        <w:t xml:space="preserve"> </w:t>
      </w:r>
      <w:r>
        <w:t xml:space="preserve"> 2026 r.</w:t>
      </w:r>
    </w:p>
    <w:p w14:paraId="53524772" w14:textId="77777777" w:rsidR="009A5FF6" w:rsidRDefault="00000000">
      <w:r>
        <w:t>[Miejscowość, data]</w:t>
      </w:r>
    </w:p>
    <w:p w14:paraId="168BBDC7" w14:textId="77777777" w:rsidR="009A5FF6" w:rsidRDefault="00000000">
      <w:r>
        <w:t>[Imię i nazwisko kredytobiorcy]</w:t>
      </w:r>
      <w:r>
        <w:br/>
        <w:t>[Adres]</w:t>
      </w:r>
      <w:r>
        <w:br/>
        <w:t>[PESEL lub inny identyfikator wymagany przez bank]</w:t>
      </w:r>
      <w:r>
        <w:br/>
        <w:t>[Adres e-mail i telefon]</w:t>
      </w:r>
    </w:p>
    <w:p w14:paraId="09FC3B36" w14:textId="77777777" w:rsidR="009A5FF6" w:rsidRDefault="00000000">
      <w:r>
        <w:t>[Nazwa i adres kredytodawcy]</w:t>
      </w:r>
    </w:p>
    <w:p w14:paraId="2C7837C6" w14:textId="77777777" w:rsidR="009A5FF6" w:rsidRDefault="00000000">
      <w:pPr>
        <w:pStyle w:val="Nagwek1"/>
      </w:pPr>
      <w:r>
        <w:t>Wniosek o przedstawienie rozliczenia i wypłatę należnej kwoty</w:t>
      </w:r>
    </w:p>
    <w:p w14:paraId="1B006067" w14:textId="77777777" w:rsidR="009A5FF6" w:rsidRDefault="00000000">
      <w:r>
        <w:t>Dotyczy umowy nr [numer umowy] zawartej dnia [data].</w:t>
      </w:r>
    </w:p>
    <w:p w14:paraId="787F0F1B" w14:textId="77777777" w:rsidR="009A5FF6" w:rsidRDefault="00000000">
      <w:r>
        <w:t>W związku z [całkowitą/częściową] wcześniejszą spłatą kredytu dokonaną dnia [data] w kwocie [kwota] zł wnoszę o:</w:t>
      </w:r>
    </w:p>
    <w:p w14:paraId="3D7367C9" w14:textId="77777777" w:rsidR="009A5FF6" w:rsidRDefault="00000000">
      <w:pPr>
        <w:pStyle w:val="Listapunktowana"/>
      </w:pPr>
      <w:r>
        <w:t>przedstawienie pełnego rozliczenia wcześniejszej spłaty</w:t>
      </w:r>
    </w:p>
    <w:p w14:paraId="0F614FEE" w14:textId="77777777" w:rsidR="009A5FF6" w:rsidRDefault="00000000">
      <w:pPr>
        <w:pStyle w:val="Listapunktowana"/>
      </w:pPr>
      <w:r>
        <w:t>wskazanie pierwotnego i faktycznego okresu obowiązywania umowy oraz liczby dni przyjętych do obliczeń</w:t>
      </w:r>
    </w:p>
    <w:p w14:paraId="234422FF" w14:textId="77777777" w:rsidR="009A5FF6" w:rsidRDefault="00000000">
      <w:pPr>
        <w:pStyle w:val="Listapunktowana"/>
      </w:pPr>
      <w:r>
        <w:t>wskazanie wszystkich kosztów objętych obniżeniem oraz kosztów wyłączonych wraz z uzasadnieniem</w:t>
      </w:r>
    </w:p>
    <w:p w14:paraId="07FF59B2" w14:textId="77777777" w:rsidR="009A5FF6" w:rsidRDefault="00000000">
      <w:pPr>
        <w:pStyle w:val="Listapunktowana"/>
      </w:pPr>
      <w:r>
        <w:t>podanie zastosowanego wzoru, danych wejściowych i wysokości ewentualnej rekompensaty</w:t>
      </w:r>
    </w:p>
    <w:p w14:paraId="6A20B8F5" w14:textId="77777777" w:rsidR="009A5FF6" w:rsidRDefault="00000000">
      <w:pPr>
        <w:pStyle w:val="Listapunktowana"/>
      </w:pPr>
      <w:r>
        <w:t>wypłatę należnej kwoty na rachunek [numer rachunku] albo wskazanie sposobu jej uwzględnienia w saldzie</w:t>
      </w:r>
    </w:p>
    <w:p w14:paraId="04649129" w14:textId="77777777" w:rsidR="009A5FF6" w:rsidRDefault="00000000">
      <w:pPr>
        <w:pStyle w:val="Listapunktowana"/>
      </w:pPr>
      <w:r>
        <w:t>przekazanie nowego harmonogramu / zaświadczenia o całkowitej spłacie i braku zadłużenia</w:t>
      </w:r>
    </w:p>
    <w:p w14:paraId="21217291" w14:textId="77777777" w:rsidR="009A5FF6" w:rsidRDefault="00000000">
      <w:r>
        <w:t>W przypadku kredytu konsumenckiego podstawę żądania stanowią w szczególności art. 48–52 ustawy z dnia 12 maja 2011 r. o kredycie konsumenckim. Jeżeli bank uznaje, że wskazane przepisy nie mają zastosowania albo że konkretny koszt nie podlega obniżeniu, proszę o przedstawienie szczegółowej podstawy prawnej i faktycznej.</w:t>
      </w:r>
    </w:p>
    <w:p w14:paraId="1B34DFA6" w14:textId="77777777" w:rsidR="009A5FF6" w:rsidRDefault="00000000">
      <w:pPr>
        <w:pStyle w:val="Nagwek1"/>
      </w:pPr>
      <w:r>
        <w:t>Załączniki</w:t>
      </w:r>
    </w:p>
    <w:p w14:paraId="567494E8" w14:textId="77777777" w:rsidR="009A5FF6" w:rsidRDefault="00000000">
      <w:pPr>
        <w:pStyle w:val="Listapunktowana"/>
      </w:pPr>
      <w:r>
        <w:t>☐ kopia umowy lub strona identyfikująca umowę</w:t>
      </w:r>
    </w:p>
    <w:p w14:paraId="51816B8F" w14:textId="77777777" w:rsidR="009A5FF6" w:rsidRDefault="00000000">
      <w:pPr>
        <w:pStyle w:val="Listapunktowana"/>
      </w:pPr>
      <w:r>
        <w:t>☐ potwierdzenie wcześniejszej spłaty</w:t>
      </w:r>
    </w:p>
    <w:p w14:paraId="6D0840A3" w14:textId="77777777" w:rsidR="009A5FF6" w:rsidRDefault="00000000">
      <w:pPr>
        <w:pStyle w:val="Listapunktowana"/>
      </w:pPr>
      <w:r>
        <w:t>☐ posiadane rozliczenie banku</w:t>
      </w:r>
    </w:p>
    <w:p w14:paraId="70A4986F" w14:textId="77777777" w:rsidR="009A5FF6" w:rsidRDefault="00000000">
      <w:pPr>
        <w:pStyle w:val="Listapunktowana"/>
      </w:pPr>
      <w:r>
        <w:t>☐ inne dokumenty: [wymienić]</w:t>
      </w:r>
    </w:p>
    <w:p w14:paraId="7578D7D4" w14:textId="77777777" w:rsidR="009A5FF6" w:rsidRDefault="00000000">
      <w:r>
        <w:t>[Podpis]</w:t>
      </w:r>
    </w:p>
    <w:sectPr w:rsidR="009A5FF6" w:rsidSect="00034616">
      <w:footerReference w:type="default" r:id="rId8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7EB2AA" w14:textId="77777777" w:rsidR="008F5397" w:rsidRDefault="008F5397">
      <w:pPr>
        <w:spacing w:after="0" w:line="240" w:lineRule="auto"/>
      </w:pPr>
      <w:r>
        <w:separator/>
      </w:r>
    </w:p>
  </w:endnote>
  <w:endnote w:type="continuationSeparator" w:id="0">
    <w:p w14:paraId="7DC199B6" w14:textId="77777777" w:rsidR="008F5397" w:rsidRDefault="008F53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B0279" w14:textId="77777777" w:rsidR="009A5FF6" w:rsidRDefault="00000000">
    <w:pPr>
      <w:pStyle w:val="Stopka"/>
      <w:jc w:val="center"/>
    </w:pPr>
    <w:r>
      <w:rPr>
        <w:color w:val="6E6E6E"/>
        <w:sz w:val="16"/>
      </w:rPr>
      <w:t xml:space="preserve">Moneta24.pl  |  </w:t>
    </w:r>
    <w:proofErr w:type="spellStart"/>
    <w:r>
      <w:rPr>
        <w:color w:val="6E6E6E"/>
        <w:sz w:val="16"/>
      </w:rPr>
      <w:t>Proste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decyzje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finansowe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BC9C35" w14:textId="77777777" w:rsidR="008F5397" w:rsidRDefault="008F5397">
      <w:pPr>
        <w:spacing w:after="0" w:line="240" w:lineRule="auto"/>
      </w:pPr>
      <w:r>
        <w:separator/>
      </w:r>
    </w:p>
  </w:footnote>
  <w:footnote w:type="continuationSeparator" w:id="0">
    <w:p w14:paraId="258D21B7" w14:textId="77777777" w:rsidR="008F5397" w:rsidRDefault="008F53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74726005">
    <w:abstractNumId w:val="8"/>
  </w:num>
  <w:num w:numId="2" w16cid:durableId="1303584590">
    <w:abstractNumId w:val="6"/>
  </w:num>
  <w:num w:numId="3" w16cid:durableId="581110720">
    <w:abstractNumId w:val="5"/>
  </w:num>
  <w:num w:numId="4" w16cid:durableId="1131365408">
    <w:abstractNumId w:val="4"/>
  </w:num>
  <w:num w:numId="5" w16cid:durableId="355473483">
    <w:abstractNumId w:val="7"/>
  </w:num>
  <w:num w:numId="6" w16cid:durableId="139422630">
    <w:abstractNumId w:val="3"/>
  </w:num>
  <w:num w:numId="7" w16cid:durableId="1069577666">
    <w:abstractNumId w:val="2"/>
  </w:num>
  <w:num w:numId="8" w16cid:durableId="628703996">
    <w:abstractNumId w:val="1"/>
  </w:num>
  <w:num w:numId="9" w16cid:durableId="564802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1B1F"/>
    <w:rsid w:val="007E1C03"/>
    <w:rsid w:val="008F5397"/>
    <w:rsid w:val="009A5FF6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4217FE"/>
  <w14:defaultImageDpi w14:val="300"/>
  <w15:docId w15:val="{011D1B40-1934-42B4-AB83-5856B3623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10" w:line="278" w:lineRule="auto"/>
    </w:pPr>
    <w:rPr>
      <w:rFonts w:ascii="Aptos" w:hAnsi="Aptos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bCs/>
      <w:color w:val="000000"/>
      <w:sz w:val="3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/>
      <w:b/>
      <w:bCs/>
      <w:color w:val="000000"/>
      <w:sz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before="160" w:after="12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Moneta24.pl</dc:creator>
  <cp:keywords/>
  <dc:description>generated by python-docx</dc:description>
  <cp:lastModifiedBy>slavo slavoni</cp:lastModifiedBy>
  <cp:revision>2</cp:revision>
  <dcterms:created xsi:type="dcterms:W3CDTF">2013-12-23T23:15:00Z</dcterms:created>
  <dcterms:modified xsi:type="dcterms:W3CDTF">2026-10-18T14:19:00Z</dcterms:modified>
  <cp:category/>
</cp:coreProperties>
</file>