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8F8BC" w14:textId="77777777" w:rsidR="007630A8" w:rsidRDefault="00000000">
      <w:pPr>
        <w:pStyle w:val="Tytu"/>
      </w:pPr>
      <w:r>
        <w:t>Checklista wcześniejszej spłaty kredytu</w:t>
      </w:r>
    </w:p>
    <w:p w14:paraId="7FEB0BDA" w14:textId="77777777" w:rsidR="007630A8" w:rsidRDefault="00000000">
      <w:r>
        <w:rPr>
          <w:b/>
          <w:color w:val="2F7D62"/>
          <w:sz w:val="24"/>
        </w:rPr>
        <w:t>Materiał pomocniczy Moneta24.pl</w:t>
      </w:r>
    </w:p>
    <w:p w14:paraId="773295F0" w14:textId="29EFD773" w:rsidR="007630A8" w:rsidRDefault="00000000">
      <w:r>
        <w:t xml:space="preserve">Stan </w:t>
      </w:r>
      <w:proofErr w:type="spellStart"/>
      <w:r>
        <w:t>informacji</w:t>
      </w:r>
      <w:proofErr w:type="spellEnd"/>
      <w:r>
        <w:t xml:space="preserve">: 16 </w:t>
      </w:r>
      <w:proofErr w:type="spellStart"/>
      <w:r w:rsidR="00E1664B">
        <w:t>października</w:t>
      </w:r>
      <w:proofErr w:type="spellEnd"/>
      <w:r>
        <w:t xml:space="preserve"> 2026 r.  |  Do samodzielnego uzupełnienia</w:t>
      </w:r>
    </w:p>
    <w:p w14:paraId="6AAF202E" w14:textId="77777777" w:rsidR="007630A8" w:rsidRDefault="00000000">
      <w:r>
        <w:t>Checklista porządkuje czynności przed nadpłatą lub całkowitą spłatą. Nie zastępuje analizy umowy ani indywidualnej porady prawnej.</w:t>
      </w:r>
    </w:p>
    <w:p w14:paraId="5B7278A0" w14:textId="77777777" w:rsidR="007630A8" w:rsidRDefault="00000000">
      <w:pPr>
        <w:pStyle w:val="Nagwek1"/>
      </w:pPr>
      <w:r>
        <w:t>Rozpoznanie umowy</w:t>
      </w:r>
    </w:p>
    <w:p w14:paraId="518A6BE3" w14:textId="77777777" w:rsidR="007630A8" w:rsidRDefault="00000000">
      <w:pPr>
        <w:pStyle w:val="Listapunktowana"/>
      </w:pPr>
      <w:r>
        <w:t>☐ Ustaliłem, czy jest to kredyt konsumencki, hipoteczny, firmowy czy inny produkt.</w:t>
      </w:r>
    </w:p>
    <w:p w14:paraId="4659D488" w14:textId="77777777" w:rsidR="007630A8" w:rsidRDefault="00000000">
      <w:pPr>
        <w:pStyle w:val="Listapunktowana"/>
      </w:pPr>
      <w:r>
        <w:t>☐ Zapisałem datę zawarcia i planowaną datę zakończenia umowy.</w:t>
      </w:r>
    </w:p>
    <w:p w14:paraId="7F3B42EA" w14:textId="77777777" w:rsidR="007630A8" w:rsidRDefault="00000000">
      <w:pPr>
        <w:pStyle w:val="Listapunktowana"/>
      </w:pPr>
      <w:r>
        <w:t>☐ Sprawdziłem rodzaj oprocentowania.</w:t>
      </w:r>
    </w:p>
    <w:p w14:paraId="1F82FF39" w14:textId="77777777" w:rsidR="007630A8" w:rsidRDefault="00000000">
      <w:pPr>
        <w:pStyle w:val="Listapunktowana"/>
      </w:pPr>
      <w:r>
        <w:t>☐ Mam umowę, regulamin, harmonogram i formularz informacyjny.</w:t>
      </w:r>
    </w:p>
    <w:p w14:paraId="7F85FD0D" w14:textId="77777777" w:rsidR="007630A8" w:rsidRDefault="00000000">
      <w:pPr>
        <w:pStyle w:val="Nagwek1"/>
      </w:pPr>
      <w:r>
        <w:t>Wyliczenie</w:t>
      </w:r>
    </w:p>
    <w:p w14:paraId="5249E9A3" w14:textId="77777777" w:rsidR="007630A8" w:rsidRDefault="00000000">
      <w:pPr>
        <w:pStyle w:val="Listapunktowana"/>
      </w:pPr>
      <w:r>
        <w:t>☐ Poprosiłem o kwotę spłaty na konkretny dzień.</w:t>
      </w:r>
    </w:p>
    <w:p w14:paraId="7894ED40" w14:textId="77777777" w:rsidR="007630A8" w:rsidRDefault="00000000">
      <w:pPr>
        <w:pStyle w:val="Listapunktowana"/>
      </w:pPr>
      <w:r>
        <w:t>☐ Sprawdziłem odsetki naliczone do dnia spłaty.</w:t>
      </w:r>
    </w:p>
    <w:p w14:paraId="045EA4B1" w14:textId="77777777" w:rsidR="007630A8" w:rsidRDefault="00000000">
      <w:pPr>
        <w:pStyle w:val="Listapunktowana"/>
      </w:pPr>
      <w:r>
        <w:t>☐ Sprawdziłem możliwą rekompensatę lub opłatę.</w:t>
      </w:r>
    </w:p>
    <w:p w14:paraId="3DE0D844" w14:textId="77777777" w:rsidR="007630A8" w:rsidRDefault="00000000">
      <w:pPr>
        <w:pStyle w:val="Listapunktowana"/>
      </w:pPr>
      <w:r>
        <w:t>☐ Porównałem skrócenie okresu z obniżeniem raty.</w:t>
      </w:r>
    </w:p>
    <w:p w14:paraId="75D58ADB" w14:textId="77777777" w:rsidR="007630A8" w:rsidRDefault="00000000">
      <w:pPr>
        <w:pStyle w:val="Listapunktowana"/>
      </w:pPr>
      <w:r>
        <w:t>☐ Zostawiam bezpieczną rezerwę finansową.</w:t>
      </w:r>
    </w:p>
    <w:p w14:paraId="1C3CF1D1" w14:textId="77777777" w:rsidR="007630A8" w:rsidRDefault="00000000">
      <w:pPr>
        <w:pStyle w:val="Nagwek1"/>
      </w:pPr>
      <w:r>
        <w:t>Dyspozycja i wpłata</w:t>
      </w:r>
    </w:p>
    <w:p w14:paraId="691594F2" w14:textId="77777777" w:rsidR="007630A8" w:rsidRDefault="00000000">
      <w:pPr>
        <w:pStyle w:val="Listapunktowana"/>
      </w:pPr>
      <w:r>
        <w:t>☐ Znam właściwy rachunek i termin księgowania.</w:t>
      </w:r>
    </w:p>
    <w:p w14:paraId="7C0006B0" w14:textId="77777777" w:rsidR="007630A8" w:rsidRDefault="00000000">
      <w:pPr>
        <w:pStyle w:val="Listapunktowana"/>
      </w:pPr>
      <w:r>
        <w:t>☐ Złożyłem dyspozycję we właściwym kanale.</w:t>
      </w:r>
    </w:p>
    <w:p w14:paraId="280D9B07" w14:textId="77777777" w:rsidR="007630A8" w:rsidRDefault="00000000">
      <w:pPr>
        <w:pStyle w:val="Listapunktowana"/>
      </w:pPr>
      <w:r>
        <w:t>☐ Wskazałem oczekiwany skutek nadpłaty.</w:t>
      </w:r>
    </w:p>
    <w:p w14:paraId="2D013695" w14:textId="77777777" w:rsidR="007630A8" w:rsidRDefault="00000000">
      <w:pPr>
        <w:pStyle w:val="Listapunktowana"/>
      </w:pPr>
      <w:r>
        <w:t>☐ Zachowałem potwierdzenie dyspozycji i przelewu.</w:t>
      </w:r>
    </w:p>
    <w:p w14:paraId="2297C035" w14:textId="77777777" w:rsidR="007630A8" w:rsidRDefault="00000000">
      <w:pPr>
        <w:pStyle w:val="Nagwek1"/>
      </w:pPr>
      <w:r>
        <w:t>Po rozliczeniu</w:t>
      </w:r>
    </w:p>
    <w:p w14:paraId="32B56F12" w14:textId="77777777" w:rsidR="007630A8" w:rsidRDefault="00000000">
      <w:pPr>
        <w:pStyle w:val="Listapunktowana"/>
      </w:pPr>
      <w:r>
        <w:t>☐ Odebrałem nowy harmonogram albo zaświadczenie o spłacie.</w:t>
      </w:r>
    </w:p>
    <w:p w14:paraId="7572D9C1" w14:textId="77777777" w:rsidR="007630A8" w:rsidRDefault="00000000">
      <w:pPr>
        <w:pStyle w:val="Listapunktowana"/>
      </w:pPr>
      <w:r>
        <w:t>☐ Sprawdziłem zwrot prowizji i innych kosztów.</w:t>
      </w:r>
    </w:p>
    <w:p w14:paraId="5218C79C" w14:textId="77777777" w:rsidR="007630A8" w:rsidRDefault="00000000">
      <w:pPr>
        <w:pStyle w:val="Listapunktowana"/>
      </w:pPr>
      <w:r>
        <w:t>☐ Mam wzór, liczbę dni i listę kosztów użytych przez bank.</w:t>
      </w:r>
    </w:p>
    <w:p w14:paraId="1BAE8750" w14:textId="77777777" w:rsidR="007630A8" w:rsidRDefault="00000000">
      <w:pPr>
        <w:pStyle w:val="Listapunktowana"/>
      </w:pPr>
      <w:r>
        <w:t>☐ Sprawdziłem ubezpieczenie i produkty powiązane.</w:t>
      </w:r>
    </w:p>
    <w:p w14:paraId="1189C129" w14:textId="77777777" w:rsidR="007630A8" w:rsidRDefault="00000000">
      <w:pPr>
        <w:pStyle w:val="Listapunktowana"/>
      </w:pPr>
      <w:r>
        <w:t>☐ Przy hipotece uzyskałem dokument do wykreślenia zabezpieczenia.</w:t>
      </w:r>
    </w:p>
    <w:p w14:paraId="6CC4051A" w14:textId="77777777" w:rsidR="007630A8" w:rsidRDefault="00000000">
      <w:pPr>
        <w:pStyle w:val="Listapunktowana"/>
      </w:pPr>
      <w:r>
        <w:t>☐ Po aktualizacji sprawdziłem status zobowiązania w BIK.</w:t>
      </w:r>
    </w:p>
    <w:p w14:paraId="2526200B" w14:textId="77777777" w:rsidR="00E1664B" w:rsidRDefault="00E1664B">
      <w:pPr>
        <w:pStyle w:val="Nagwek1"/>
      </w:pPr>
    </w:p>
    <w:p w14:paraId="3704B407" w14:textId="4C7E523F" w:rsidR="007630A8" w:rsidRDefault="00000000">
      <w:pPr>
        <w:pStyle w:val="Nagwek1"/>
      </w:pPr>
      <w:r>
        <w:t xml:space="preserve">Moje </w:t>
      </w:r>
      <w:proofErr w:type="spellStart"/>
      <w:r>
        <w:t>najważniejsze</w:t>
      </w:r>
      <w:proofErr w:type="spellEnd"/>
      <w:r>
        <w:t xml:space="preserve"> </w:t>
      </w:r>
      <w:proofErr w:type="spellStart"/>
      <w:r>
        <w:t>dane</w:t>
      </w:r>
      <w:proofErr w:type="spellEnd"/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4686"/>
      </w:tblGrid>
      <w:tr w:rsidR="007630A8" w14:paraId="775985BE" w14:textId="77777777" w:rsidTr="00E1664B">
        <w:trPr>
          <w:tblHeader/>
          <w:jc w:val="center"/>
        </w:trPr>
        <w:tc>
          <w:tcPr>
            <w:tcW w:w="4873" w:type="dxa"/>
            <w:shd w:val="clear" w:color="auto" w:fill="17324D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A7B3481" w14:textId="77777777" w:rsidR="007630A8" w:rsidRDefault="00000000">
            <w:proofErr w:type="spellStart"/>
            <w:r>
              <w:rPr>
                <w:b/>
                <w:color w:val="FFFFFF"/>
              </w:rPr>
              <w:t>Pozycja</w:t>
            </w:r>
            <w:proofErr w:type="spellEnd"/>
          </w:p>
        </w:tc>
        <w:tc>
          <w:tcPr>
            <w:tcW w:w="4686" w:type="dxa"/>
            <w:shd w:val="clear" w:color="auto" w:fill="17324D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39A0909" w14:textId="77777777" w:rsidR="007630A8" w:rsidRDefault="00000000">
            <w:r>
              <w:rPr>
                <w:b/>
                <w:color w:val="FFFFFF"/>
              </w:rPr>
              <w:t>Wartość</w:t>
            </w:r>
          </w:p>
        </w:tc>
      </w:tr>
      <w:tr w:rsidR="007630A8" w14:paraId="2660C2D0" w14:textId="77777777" w:rsidTr="00E1664B">
        <w:trPr>
          <w:jc w:val="center"/>
        </w:trPr>
        <w:tc>
          <w:tcPr>
            <w:tcW w:w="4873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06CC462" w14:textId="77777777" w:rsidR="007630A8" w:rsidRDefault="00000000">
            <w:r>
              <w:rPr>
                <w:b/>
              </w:rPr>
              <w:t>Numer umowy</w:t>
            </w:r>
          </w:p>
        </w:tc>
        <w:tc>
          <w:tcPr>
            <w:tcW w:w="4686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7B6AEE8" w14:textId="77777777" w:rsidR="007630A8" w:rsidRDefault="007630A8"/>
        </w:tc>
      </w:tr>
      <w:tr w:rsidR="007630A8" w14:paraId="0B7A395F" w14:textId="77777777" w:rsidTr="00E1664B">
        <w:trPr>
          <w:jc w:val="center"/>
        </w:trPr>
        <w:tc>
          <w:tcPr>
            <w:tcW w:w="4873" w:type="dxa"/>
            <w:shd w:val="clear" w:color="auto" w:fill="F3F5F7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91E78CE" w14:textId="77777777" w:rsidR="007630A8" w:rsidRDefault="00000000">
            <w:r>
              <w:rPr>
                <w:b/>
              </w:rPr>
              <w:t>Pierwotna data zakończenia</w:t>
            </w:r>
          </w:p>
        </w:tc>
        <w:tc>
          <w:tcPr>
            <w:tcW w:w="4686" w:type="dxa"/>
            <w:shd w:val="clear" w:color="auto" w:fill="F3F5F7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10D6F78" w14:textId="77777777" w:rsidR="007630A8" w:rsidRDefault="007630A8"/>
        </w:tc>
      </w:tr>
      <w:tr w:rsidR="007630A8" w14:paraId="70028BAA" w14:textId="77777777" w:rsidTr="00E1664B">
        <w:trPr>
          <w:jc w:val="center"/>
        </w:trPr>
        <w:tc>
          <w:tcPr>
            <w:tcW w:w="4873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AF79EC4" w14:textId="77777777" w:rsidR="007630A8" w:rsidRDefault="00000000">
            <w:r>
              <w:rPr>
                <w:b/>
              </w:rPr>
              <w:t>Planowana data spłaty</w:t>
            </w:r>
          </w:p>
        </w:tc>
        <w:tc>
          <w:tcPr>
            <w:tcW w:w="4686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892BA51" w14:textId="77777777" w:rsidR="007630A8" w:rsidRDefault="007630A8"/>
        </w:tc>
      </w:tr>
      <w:tr w:rsidR="007630A8" w14:paraId="2CE9DDF0" w14:textId="77777777" w:rsidTr="00E1664B">
        <w:trPr>
          <w:jc w:val="center"/>
        </w:trPr>
        <w:tc>
          <w:tcPr>
            <w:tcW w:w="4873" w:type="dxa"/>
            <w:shd w:val="clear" w:color="auto" w:fill="F3F5F7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CB4FB96" w14:textId="77777777" w:rsidR="007630A8" w:rsidRDefault="00000000">
            <w:r>
              <w:rPr>
                <w:b/>
              </w:rPr>
              <w:t>Kwota spłaty lub nadpłaty</w:t>
            </w:r>
          </w:p>
        </w:tc>
        <w:tc>
          <w:tcPr>
            <w:tcW w:w="4686" w:type="dxa"/>
            <w:shd w:val="clear" w:color="auto" w:fill="F3F5F7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62462AA" w14:textId="77777777" w:rsidR="007630A8" w:rsidRDefault="007630A8"/>
        </w:tc>
      </w:tr>
      <w:tr w:rsidR="007630A8" w14:paraId="482BED36" w14:textId="77777777" w:rsidTr="00E1664B">
        <w:trPr>
          <w:jc w:val="center"/>
        </w:trPr>
        <w:tc>
          <w:tcPr>
            <w:tcW w:w="4873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F41349" w14:textId="77777777" w:rsidR="007630A8" w:rsidRDefault="00000000">
            <w:r>
              <w:rPr>
                <w:b/>
              </w:rPr>
              <w:t>Prowizja i inne koszty</w:t>
            </w:r>
          </w:p>
        </w:tc>
        <w:tc>
          <w:tcPr>
            <w:tcW w:w="4686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8949BDC" w14:textId="77777777" w:rsidR="007630A8" w:rsidRDefault="007630A8"/>
        </w:tc>
      </w:tr>
      <w:tr w:rsidR="007630A8" w14:paraId="0043ABE9" w14:textId="77777777" w:rsidTr="00E1664B">
        <w:trPr>
          <w:jc w:val="center"/>
        </w:trPr>
        <w:tc>
          <w:tcPr>
            <w:tcW w:w="4873" w:type="dxa"/>
            <w:shd w:val="clear" w:color="auto" w:fill="F3F5F7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838037D" w14:textId="77777777" w:rsidR="007630A8" w:rsidRDefault="00000000">
            <w:proofErr w:type="spellStart"/>
            <w:r>
              <w:rPr>
                <w:b/>
              </w:rPr>
              <w:t>Możliwa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rekompensata</w:t>
            </w:r>
            <w:proofErr w:type="spellEnd"/>
          </w:p>
        </w:tc>
        <w:tc>
          <w:tcPr>
            <w:tcW w:w="4686" w:type="dxa"/>
            <w:shd w:val="clear" w:color="auto" w:fill="F3F5F7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7EAA833" w14:textId="77777777" w:rsidR="007630A8" w:rsidRDefault="007630A8"/>
        </w:tc>
      </w:tr>
      <w:tr w:rsidR="007630A8" w14:paraId="344B4F69" w14:textId="77777777" w:rsidTr="00E1664B">
        <w:trPr>
          <w:jc w:val="center"/>
        </w:trPr>
        <w:tc>
          <w:tcPr>
            <w:tcW w:w="4873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F26B507" w14:textId="77777777" w:rsidR="007630A8" w:rsidRDefault="00000000">
            <w:proofErr w:type="spellStart"/>
            <w:r>
              <w:rPr>
                <w:b/>
              </w:rPr>
              <w:t>Oczekiwany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zwrot</w:t>
            </w:r>
            <w:proofErr w:type="spellEnd"/>
          </w:p>
        </w:tc>
        <w:tc>
          <w:tcPr>
            <w:tcW w:w="4686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AFBADE7" w14:textId="77777777" w:rsidR="007630A8" w:rsidRDefault="007630A8"/>
        </w:tc>
      </w:tr>
      <w:tr w:rsidR="007630A8" w14:paraId="1F45BBBE" w14:textId="77777777" w:rsidTr="00E1664B">
        <w:trPr>
          <w:jc w:val="center"/>
        </w:trPr>
        <w:tc>
          <w:tcPr>
            <w:tcW w:w="4873" w:type="dxa"/>
            <w:shd w:val="clear" w:color="auto" w:fill="F3F5F7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832367A" w14:textId="77777777" w:rsidR="007630A8" w:rsidRDefault="00000000">
            <w:r>
              <w:rPr>
                <w:b/>
              </w:rPr>
              <w:t>Data rozliczenia</w:t>
            </w:r>
          </w:p>
        </w:tc>
        <w:tc>
          <w:tcPr>
            <w:tcW w:w="4686" w:type="dxa"/>
            <w:shd w:val="clear" w:color="auto" w:fill="F3F5F7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960BD29" w14:textId="77777777" w:rsidR="007630A8" w:rsidRDefault="007630A8"/>
        </w:tc>
      </w:tr>
      <w:tr w:rsidR="007630A8" w14:paraId="5E200869" w14:textId="77777777" w:rsidTr="00E1664B">
        <w:trPr>
          <w:jc w:val="center"/>
        </w:trPr>
        <w:tc>
          <w:tcPr>
            <w:tcW w:w="4873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1402670" w14:textId="77777777" w:rsidR="007630A8" w:rsidRDefault="00000000">
            <w:r>
              <w:rPr>
                <w:b/>
              </w:rPr>
              <w:t>Numer reklamacji</w:t>
            </w:r>
          </w:p>
        </w:tc>
        <w:tc>
          <w:tcPr>
            <w:tcW w:w="4686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50F7C4B" w14:textId="77777777" w:rsidR="007630A8" w:rsidRDefault="007630A8"/>
        </w:tc>
      </w:tr>
    </w:tbl>
    <w:p w14:paraId="0DEF82B5" w14:textId="77777777" w:rsidR="007630A8" w:rsidRDefault="007630A8">
      <w:pPr>
        <w:spacing w:after="0"/>
      </w:pPr>
    </w:p>
    <w:sectPr w:rsidR="007630A8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09AA3" w14:textId="77777777" w:rsidR="0091691B" w:rsidRDefault="0091691B">
      <w:pPr>
        <w:spacing w:after="0" w:line="240" w:lineRule="auto"/>
      </w:pPr>
      <w:r>
        <w:separator/>
      </w:r>
    </w:p>
  </w:endnote>
  <w:endnote w:type="continuationSeparator" w:id="0">
    <w:p w14:paraId="16BEF0A1" w14:textId="77777777" w:rsidR="0091691B" w:rsidRDefault="00916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71294" w14:textId="77777777" w:rsidR="007630A8" w:rsidRDefault="00000000">
    <w:pPr>
      <w:pStyle w:val="Stopka"/>
      <w:jc w:val="center"/>
    </w:pPr>
    <w:r>
      <w:rPr>
        <w:color w:val="6E6E6E"/>
        <w:sz w:val="16"/>
      </w:rPr>
      <w:t xml:space="preserve">Moneta24.pl  |  </w:t>
    </w:r>
    <w:proofErr w:type="spellStart"/>
    <w:r>
      <w:rPr>
        <w:color w:val="6E6E6E"/>
        <w:sz w:val="16"/>
      </w:rPr>
      <w:t>Proste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decyzje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finansowe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A6DD3" w14:textId="77777777" w:rsidR="0091691B" w:rsidRDefault="0091691B">
      <w:pPr>
        <w:spacing w:after="0" w:line="240" w:lineRule="auto"/>
      </w:pPr>
      <w:r>
        <w:separator/>
      </w:r>
    </w:p>
  </w:footnote>
  <w:footnote w:type="continuationSeparator" w:id="0">
    <w:p w14:paraId="433692CB" w14:textId="77777777" w:rsidR="0091691B" w:rsidRDefault="00916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109836">
    <w:abstractNumId w:val="8"/>
  </w:num>
  <w:num w:numId="2" w16cid:durableId="1204825842">
    <w:abstractNumId w:val="6"/>
  </w:num>
  <w:num w:numId="3" w16cid:durableId="635137236">
    <w:abstractNumId w:val="5"/>
  </w:num>
  <w:num w:numId="4" w16cid:durableId="1331449459">
    <w:abstractNumId w:val="4"/>
  </w:num>
  <w:num w:numId="5" w16cid:durableId="1176723848">
    <w:abstractNumId w:val="7"/>
  </w:num>
  <w:num w:numId="6" w16cid:durableId="140731316">
    <w:abstractNumId w:val="3"/>
  </w:num>
  <w:num w:numId="7" w16cid:durableId="1739479963">
    <w:abstractNumId w:val="2"/>
  </w:num>
  <w:num w:numId="8" w16cid:durableId="312804641">
    <w:abstractNumId w:val="1"/>
  </w:num>
  <w:num w:numId="9" w16cid:durableId="580216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1B1F"/>
    <w:rsid w:val="007630A8"/>
    <w:rsid w:val="0091691B"/>
    <w:rsid w:val="00AA1D8D"/>
    <w:rsid w:val="00B47730"/>
    <w:rsid w:val="00CB0664"/>
    <w:rsid w:val="00E166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29926C"/>
  <w14:defaultImageDpi w14:val="300"/>
  <w15:docId w15:val="{011D1B40-1934-42B4-AB83-5856B3623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40" w:line="278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bCs/>
      <w:color w:val="000000"/>
      <w:sz w:val="3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/>
      <w:b/>
      <w:bCs/>
      <w:color w:val="000000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before="160" w:after="12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Moneta24.pl</dc:creator>
  <cp:keywords/>
  <dc:description>generated by python-docx</dc:description>
  <cp:lastModifiedBy>slavo slavoni</cp:lastModifiedBy>
  <cp:revision>2</cp:revision>
  <dcterms:created xsi:type="dcterms:W3CDTF">2013-12-23T23:15:00Z</dcterms:created>
  <dcterms:modified xsi:type="dcterms:W3CDTF">2026-10-18T14:18:00Z</dcterms:modified>
  <cp:category/>
</cp:coreProperties>
</file>