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Pierwsza pożyczka Vivigo – checklista i plan spłaty</w:t>
      </w:r>
    </w:p>
    <w:p>
      <w:r>
        <w:rPr>
          <w:b/>
        </w:rPr>
        <w:t>Wypełnij ją przed złożeniem wniosku. Promocyjny koszt 0 zł ma sens tylko wtedy, gdy możesz oddać całą wykorzystaną kwotę w terminie.</w:t>
      </w:r>
    </w:p>
    <w:p>
      <w:pPr>
        <w:pStyle w:val="Heading2"/>
      </w:pPr>
      <w:r>
        <w:t>1. Sprawdź warunki swojej oferty</w:t>
      </w:r>
    </w:p>
    <w:p>
      <w:r>
        <w:t>☐ Potwierdzam w formularzu, że to moja pierwsza pożyczka w Vivigo i widzę RRSO 0%.</w:t>
      </w:r>
    </w:p>
    <w:p>
      <w:r>
        <w:t>☐ Sprawdzam przyznaną kwotę, kwotę do wypłaty teraz i całkowitą kwotę do zapłaty.</w:t>
      </w:r>
    </w:p>
    <w:p>
      <w:r>
        <w:t>☐ Odczytuję dokładną datę spłaty w Warunkach Pożyczki oraz w formularzu informacyjnym.</w:t>
      </w:r>
    </w:p>
    <w:p>
      <w:r>
        <w:t>☐ Rozumiem, że kolejne transze mają ten sam termin spłaty, a wcześniejszy zwrot nie odnawia puli.</w:t>
      </w:r>
    </w:p>
    <w:p>
      <w:r>
        <w:t>☐ Mam własny rachunek bankowy, aktualne dane i dostęp do wybranej metody potwierdzenia tożsamości.</w:t>
      </w:r>
    </w:p>
    <w:p>
      <w:pPr>
        <w:pStyle w:val="Heading2"/>
      </w:pPr>
      <w:r>
        <w:t>2. Mój plan zwrotu pieniędzy</w:t>
      </w:r>
    </w:p>
    <w:p>
      <w:r>
        <w:t>Kwota, którą zamierzam faktycznie wypłacić: ..................................................... zł</w:t>
      </w:r>
    </w:p>
    <w:p>
      <w:r>
        <w:t>Data uruchomienia / pierwszej wypłaty: ...................................................................</w:t>
      </w:r>
    </w:p>
    <w:p>
      <w:r>
        <w:t>Data spłaty wskazana w umowie: ...........................................................................</w:t>
      </w:r>
    </w:p>
    <w:p>
      <w:r>
        <w:t>Pewny wpływ 1: ........................................ data: ........................... kwota: ................ zł</w:t>
      </w:r>
    </w:p>
    <w:p>
      <w:r>
        <w:t>Pewny wpływ 2: ........................................ data: ........................... kwota: ................ zł</w:t>
      </w:r>
    </w:p>
    <w:p>
      <w:r>
        <w:t>Rezerwa już odłożona: .................................................... zł</w:t>
      </w:r>
    </w:p>
    <w:p>
      <w:r>
        <w:t>Suma pewnych środków na spłatę: ........................................ zł</w:t>
      </w:r>
    </w:p>
    <w:p>
      <w:r>
        <w:t>Pozostałe wydatki konieczne przed spłatą: ............................. zł</w:t>
      </w:r>
    </w:p>
    <w:p>
      <w:r>
        <w:rPr>
          <w:i/>
        </w:rPr>
        <w:t>Przykład: przy wypłacie 3000 zł i dwóch pewnych wpływach przed terminem można odłożyć po 1500 zł z każdego. Jeśli choć jeden wpływ jest niepewny, nie wpisuj go do planu jako gwarantowanych pieniędzy.</w:t>
      </w:r>
    </w:p>
    <w:p>
      <w:pPr>
        <w:pStyle w:val="Heading2"/>
      </w:pPr>
      <w:r>
        <w:t>3. Ostatnia kontrola przed zatwierdzeniem</w:t>
      </w:r>
    </w:p>
    <w:p>
      <w:r>
        <w:t>☐ Po zapłaceniu rachunków i kosztów życia nadal mam pełną kwotę na jednorazową spłatę.</w:t>
      </w:r>
    </w:p>
    <w:p>
      <w:r>
        <w:t>☐ Nie muszę brać następnej pożyczki, by zwrócić pierwszą.</w:t>
      </w:r>
    </w:p>
    <w:p>
      <w:r>
        <w:t>☐ Rozumiem zasady wcześniejszej spłaty, odstąpienia oraz skutki opóźnienia.</w:t>
      </w:r>
    </w:p>
    <w:p>
      <w:r>
        <w:t>☐ Dane do ewentualnego przelewu weryfikacyjnego sprawdzam wyłącznie w oficjalnym procesie Vivigo.</w:t>
      </w:r>
    </w:p>
    <w:p>
      <w:r>
        <w:t>☐ Zapisuję umowę, formularz informacyjny i potwierdzenia transz; ustawiam przypomnienie przed spłatą.</w:t>
      </w:r>
    </w:p>
    <w:p>
      <w:pPr>
        <w:pStyle w:val="Heading2"/>
      </w:pPr>
      <w:r>
        <w:t>Najważniejsza decyzja</w:t>
      </w:r>
    </w:p>
    <w:p>
      <w:r>
        <w:t>Jeżeli suma pewnych pieniędzy po uwzględnieniu koniecznych wydatków jest niższa od kwoty do zapłaty w umowie, zmniejsz kwotę wniosku albo odłóż decyzję. Limit do 5000 zł nie musi być wykorzystywany w całości.</w:t>
      </w:r>
    </w:p>
    <w:p>
      <w:pPr/>
      <w:r>
        <w:rPr>
          <w:sz w:val="16"/>
        </w:rPr>
        <w:t>Opracowanie Moneta24; informacje o ofercie Vivigo sprawdzono 20 października 2026 r. Checklista ma charakter informacyjny, nie stanowi porady finansowej. Przed podpisaniem przeczytaj indywidualną umowę.</w:t>
      </w:r>
    </w:p>
    <w:sectPr w:rsidR="00FC693F" w:rsidRPr="0006063C" w:rsidSect="00034616">
      <w:footerReference w:type="default" r:id="rId9"/>
      <w:pgSz w:w="11909" w:h="16834"/>
      <w:pgMar w:top="792" w:right="1123" w:bottom="792" w:left="1123" w:header="720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285B80"/>
          <w:u w:val="single"/>
        </w:rPr>
        <w:t>Moneta24.pl – Proste decyzje finansowe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neta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