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wyjaśnienie odmowy kredytu</w:t>
      </w:r>
    </w:p>
    <w:p>
      <w:r>
        <w:rPr>
          <w:b/>
          <w:color w:val="2F7D62"/>
          <w:sz w:val="24"/>
        </w:rPr>
        <w:t>Edytowalny wzór dla czytelników Moneta24.pl</w:t>
      </w:r>
    </w:p>
    <w:p>
      <w:r>
        <w:t>Uzupełnij pola w nawiasach kwadratowych, usuń niepotrzebne warianty i zachowaj kopię wysłanego pisma.</w:t>
      </w:r>
    </w:p>
    <w:p>
      <w:pPr>
        <w:pStyle w:val="Heading1"/>
      </w:pPr>
      <w:r>
        <w:t>Dane wnioskodawcy</w:t>
      </w:r>
    </w:p>
    <w:p>
      <w:r>
        <w:rPr>
          <w:b/>
        </w:rPr>
        <w:t xml:space="preserve">Imię i nazwisko: </w:t>
      </w:r>
      <w:r>
        <w:t>[imię i nazwisko]</w:t>
      </w:r>
    </w:p>
    <w:p>
      <w:r>
        <w:rPr>
          <w:b/>
        </w:rPr>
        <w:t xml:space="preserve">Adres korespondencyjny: </w:t>
      </w:r>
      <w:r>
        <w:t>[adres]</w:t>
      </w:r>
    </w:p>
    <w:p>
      <w:r>
        <w:rPr>
          <w:b/>
        </w:rPr>
        <w:t xml:space="preserve">E-mail lub telefon: </w:t>
      </w:r>
      <w:r>
        <w:t>[dane kontaktowe]</w:t>
      </w:r>
    </w:p>
    <w:p>
      <w:r>
        <w:rPr>
          <w:b/>
        </w:rPr>
        <w:t xml:space="preserve">Miejscowość i data: </w:t>
      </w:r>
      <w:r>
        <w:t>[miejscowość, data]</w:t>
      </w:r>
    </w:p>
    <w:p>
      <w:pPr>
        <w:pStyle w:val="Heading1"/>
      </w:pPr>
      <w:r>
        <w:t>Adresat i dane sprawy</w:t>
      </w:r>
    </w:p>
    <w:p>
      <w:r>
        <w:rPr>
          <w:b/>
        </w:rPr>
        <w:t xml:space="preserve">Bank lub kredytodawca: </w:t>
      </w:r>
      <w:r>
        <w:t>[pełna nazwa]</w:t>
      </w:r>
    </w:p>
    <w:p>
      <w:r>
        <w:rPr>
          <w:b/>
        </w:rPr>
        <w:t xml:space="preserve">Adres lub kanał elektroniczny: </w:t>
      </w:r>
      <w:r>
        <w:t>[adres / bankowość elektroniczna / formularz]</w:t>
      </w:r>
    </w:p>
    <w:p>
      <w:r>
        <w:rPr>
          <w:b/>
        </w:rPr>
        <w:t xml:space="preserve">Numer wniosku kredytowego: </w:t>
      </w:r>
      <w:r>
        <w:t>[numer]</w:t>
      </w:r>
    </w:p>
    <w:p>
      <w:r>
        <w:rPr>
          <w:b/>
        </w:rPr>
        <w:t xml:space="preserve">Data złożenia wniosku: </w:t>
      </w:r>
      <w:r>
        <w:t>[data]</w:t>
      </w:r>
    </w:p>
    <w:p>
      <w:r>
        <w:rPr>
          <w:b/>
        </w:rPr>
        <w:t xml:space="preserve">Data otrzymania odmowy: </w:t>
      </w:r>
      <w:r>
        <w:t>[data]</w:t>
      </w:r>
    </w:p>
    <w:p>
      <w:r>
        <w:rPr>
          <w:b/>
        </w:rPr>
        <w:t xml:space="preserve">Rodzaj kredytu: </w:t>
      </w:r>
      <w:r>
        <w:t>[gotówkowy / hipoteczny / firmowy / inny]</w:t>
      </w:r>
    </w:p>
    <w:p>
      <w:pPr>
        <w:pStyle w:val="Heading1"/>
      </w:pPr>
      <w:r>
        <w:t>Treść wniosku</w:t>
      </w:r>
    </w:p>
    <w:p>
      <w:r>
        <w:t>W związku z otrzymaną odmową udzielenia kredytu dotyczącą wskazanego wyżej wniosku, na podstawie art. 70a ustawy – Prawo bankowe, wnoszę o przekazanie w formie pisemnej wyjaśnienia dotyczącego dokonanej oceny mojej zdolności kredytowej.</w:t>
      </w:r>
    </w:p>
    <w:p>
      <w:r>
        <w:t>Proszę o wskazanie konkretnych czynników oraz danych, w tym danych osobowych, które miały wpływ na ocenę i decyzję odmowną. Proszę w szczególności o podanie danych przyjętych w zakresie dochodu, kosztów utrzymania, aktualnych zobowiązań, limitów odnawialnych, formy i stażu zatrudnienia lub działalności – w zakresie, w jakim elementy te wpłynęły na ocenę.</w:t>
      </w:r>
    </w:p>
    <w:p>
      <w:r>
        <w:t>Jeżeli wykorzystano informacje z zewnętrznej bazy danych lub wewnętrznego zbioru kredytodawcy, proszę o wskazanie tej bazy lub zbioru oraz przekazanie wyniku sprawdzenia.</w:t>
      </w:r>
    </w:p>
    <w:p>
      <w:pPr>
        <w:pStyle w:val="Heading2"/>
      </w:pPr>
      <w:r>
        <w:t>Żądanie dotyczące decyzji automatycznej</w:t>
      </w:r>
    </w:p>
    <w:p>
      <w:r>
        <w:t>[Pozostaw ten akapit, jeżeli ma zastosowanie.] Jeżeli decyzję podjęto wyłącznie w sposób zautomatyzowany, proszę również o stosowne wyjaśnienie podstaw decyzji, interwencję człowieka oraz umożliwienie mi przedstawienia stanowiska i ponownego rozpatrzenia sprawy.</w:t>
      </w:r>
    </w:p>
    <w:p>
      <w:pPr>
        <w:pStyle w:val="Heading2"/>
      </w:pPr>
      <w:r>
        <w:t>Dodatkowe wyjaśnienia wnioskodawcy</w:t>
      </w:r>
    </w:p>
    <w:p>
      <w:r>
        <w:t>[Wpisz informacje o możliwym błędzie, nietypowym dochodzie, spłaconym zobowiązaniu, limicie albo dokumencie, którego bank mógł nie uwzględnić.]</w:t>
      </w:r>
    </w:p>
    <w:p>
      <w:pPr>
        <w:pStyle w:val="Heading2"/>
      </w:pPr>
      <w:r>
        <w:t>Załączniki</w:t>
      </w:r>
    </w:p>
    <w:p>
      <w:pPr>
        <w:pStyle w:val="ListBullet"/>
      </w:pPr>
      <w:r>
        <w:t>[ ] kopia decyzji odmownej lub wiadomości banku,</w:t>
      </w:r>
    </w:p>
    <w:p>
      <w:pPr>
        <w:pStyle w:val="ListBullet"/>
      </w:pPr>
      <w:r>
        <w:t>[ ] dokumenty potwierdzające dochód,</w:t>
      </w:r>
    </w:p>
    <w:p>
      <w:pPr>
        <w:pStyle w:val="ListBullet"/>
      </w:pPr>
      <w:r>
        <w:t>[ ] potwierdzenia spłaty lub zamknięcia zobowiązania,</w:t>
      </w:r>
    </w:p>
    <w:p>
      <w:pPr>
        <w:pStyle w:val="ListBullet"/>
      </w:pPr>
      <w:r>
        <w:t>[ ] dokumenty wyjaśniające błędne albo nietypowe dane,</w:t>
      </w:r>
    </w:p>
    <w:p>
      <w:pPr>
        <w:pStyle w:val="ListBullet"/>
      </w:pPr>
      <w:r>
        <w:t>[ ] inne: [wpisz].</w:t>
      </w:r>
    </w:p>
    <w:p>
      <w:pPr>
        <w:pStyle w:val="Heading2"/>
      </w:pPr>
      <w:r>
        <w:t>Podpis</w:t>
      </w:r>
    </w:p>
    <w:p>
      <w:r>
        <w:t>[podpis, jeżeli jest wymagany w wybranym kanale]</w:t>
      </w:r>
    </w:p>
    <w:p>
      <w:pPr>
        <w:pStyle w:val="Heading1"/>
      </w:pPr>
      <w:r>
        <w:t>Jak wykorzystać wzór</w:t>
      </w:r>
    </w:p>
    <w:p>
      <w:pPr>
        <w:ind w:left="369" w:hanging="369"/>
      </w:pPr>
      <w:r>
        <w:rPr>
          <w:b/>
        </w:rPr>
        <w:t xml:space="preserve">1. </w:t>
      </w:r>
      <w:r>
        <w:t>Wyślij pismo kanałem przeznaczonym przez instytucję do korespondencji lub reklamacji.</w:t>
      </w:r>
    </w:p>
    <w:p>
      <w:pPr>
        <w:ind w:left="369" w:hanging="369"/>
      </w:pPr>
      <w:r>
        <w:rPr>
          <w:b/>
        </w:rPr>
        <w:t xml:space="preserve">2. </w:t>
      </w:r>
      <w:r>
        <w:t>Zachowaj treść, datę wysłania, numer zgłoszenia i potwierdzenie przyjęcia.</w:t>
      </w:r>
    </w:p>
    <w:p>
      <w:pPr>
        <w:ind w:left="369" w:hanging="369"/>
      </w:pPr>
      <w:r>
        <w:rPr>
          <w:b/>
        </w:rPr>
        <w:t xml:space="preserve">3. </w:t>
      </w:r>
      <w:r>
        <w:t>Nie przesyłaj większego zakresu danych i dokumentów niż jest potrzebny do rozpoznania sprawy.</w:t>
      </w:r>
    </w:p>
    <w:p>
      <w:pPr>
        <w:ind w:left="369" w:hanging="369"/>
      </w:pPr>
      <w:r>
        <w:rPr>
          <w:b/>
        </w:rPr>
        <w:t xml:space="preserve">4. </w:t>
      </w:r>
      <w:r>
        <w:t>Jeżeli odpowiedź będzie ogólna albo oparta na błędnych danych, złóż reklamację i wskaż konkretne braki.</w:t>
      </w:r>
    </w:p>
    <w:p>
      <w:r>
        <w:rPr>
          <w:b/>
        </w:rPr>
        <w:t xml:space="preserve">Ważne: </w:t>
      </w:r>
      <w:r>
        <w:t>złożenie wniosku o wyjaśnienie nie gwarantuje udzielenia kredytu. Wzór służy poznaniu przesłanek oceny i wykryciu ewentualnych błędów. Nie stanowi indywidualnej porady prawnej ani finansowej.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Moneta24.pl  |  Proste decyzje finansowe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wyjaśnienie odmowy kredytu</dc:title>
  <dc:subject>Edytowalny wzór do artykułu Moneta24.pl</dc:subject>
  <dc:creator>Moneta24.pl</dc:creator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