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435F7" w14:textId="77777777" w:rsidR="00997E46" w:rsidRDefault="00000000">
      <w:pPr>
        <w:pStyle w:val="Tytu"/>
      </w:pPr>
      <w:r>
        <w:t>Reklamacja błędnych danych przekazanych do BIK</w:t>
      </w:r>
    </w:p>
    <w:p w14:paraId="3FF7064B" w14:textId="77777777" w:rsidR="00997E46" w:rsidRDefault="00000000">
      <w:r>
        <w:rPr>
          <w:b/>
          <w:color w:val="2F7D62"/>
          <w:sz w:val="24"/>
        </w:rPr>
        <w:t>Edytowalny wzór pisma</w:t>
      </w:r>
    </w:p>
    <w:p w14:paraId="02B9429E" w14:textId="0CB8CCC7" w:rsidR="00997E46" w:rsidRDefault="00000000">
      <w:r>
        <w:t xml:space="preserve">Materiał pomocniczy Moneta24.pl  |  Stan informacji: </w:t>
      </w:r>
      <w:r w:rsidR="0081705E">
        <w:t>27</w:t>
      </w:r>
      <w:r>
        <w:t xml:space="preserve"> września 2026 r.</w:t>
      </w:r>
    </w:p>
    <w:p w14:paraId="183D52EF" w14:textId="77777777" w:rsidR="00997E46" w:rsidRDefault="00000000">
      <w:r>
        <w:t>Wniosek kieruje się do banku, SKOK-u lub firmy, która przekazała dane. BIK nie może samodzielnie zmienić informacji bez działania instytucji źródłowej.</w:t>
      </w:r>
    </w:p>
    <w:p w14:paraId="03A362C3" w14:textId="77777777" w:rsidR="00997E46" w:rsidRDefault="00000000">
      <w:pPr>
        <w:pStyle w:val="Nagwek1"/>
      </w:pPr>
      <w:r>
        <w:t>Dane składającego reklamację</w:t>
      </w:r>
    </w:p>
    <w:p w14:paraId="2E108558" w14:textId="77777777" w:rsidR="00997E46" w:rsidRDefault="00000000">
      <w:r>
        <w:t>Imię i nazwisko: ........................................................................................</w:t>
      </w:r>
    </w:p>
    <w:p w14:paraId="4AD844C7" w14:textId="77777777" w:rsidR="00997E46" w:rsidRDefault="00000000">
      <w:r>
        <w:t>Adres: ...........................................................................................................</w:t>
      </w:r>
    </w:p>
    <w:p w14:paraId="65D36EE4" w14:textId="77777777" w:rsidR="00997E46" w:rsidRDefault="00000000">
      <w:r>
        <w:t>PESEL: ..........................................................................................................</w:t>
      </w:r>
    </w:p>
    <w:p w14:paraId="7B52108B" w14:textId="77777777" w:rsidR="00997E46" w:rsidRDefault="00000000">
      <w:r>
        <w:t>Telefon lub e-mail: ........................................................................................</w:t>
      </w:r>
    </w:p>
    <w:p w14:paraId="16519E08" w14:textId="77777777" w:rsidR="00997E46" w:rsidRDefault="00000000">
      <w:pPr>
        <w:pStyle w:val="Nagwek1"/>
      </w:pPr>
      <w:r>
        <w:t>Dane instytucji i umowy</w:t>
      </w:r>
    </w:p>
    <w:p w14:paraId="5428645C" w14:textId="77777777" w:rsidR="00997E46" w:rsidRDefault="00000000">
      <w:r>
        <w:t>Nazwa instytucji: ............................................................................................</w:t>
      </w:r>
    </w:p>
    <w:p w14:paraId="2C9EF3E4" w14:textId="77777777" w:rsidR="00997E46" w:rsidRDefault="00000000">
      <w:r>
        <w:t>Numer umowy lub rachunku: ...............................................................................</w:t>
      </w:r>
    </w:p>
    <w:p w14:paraId="68FF3CD4" w14:textId="77777777" w:rsidR="00997E46" w:rsidRDefault="00000000">
      <w:r>
        <w:t>Data zawarcia lub zamknięcia: .............................................................................</w:t>
      </w:r>
    </w:p>
    <w:p w14:paraId="22CD8A67" w14:textId="77777777" w:rsidR="00997E46" w:rsidRDefault="00000000">
      <w:r>
        <w:t>Numer wcześniejszej sprawy: ..............................................................................</w:t>
      </w:r>
    </w:p>
    <w:p w14:paraId="42434EC9" w14:textId="77777777" w:rsidR="00997E46" w:rsidRDefault="00000000">
      <w:pPr>
        <w:pStyle w:val="Nagwek1"/>
      </w:pPr>
      <w:r>
        <w:t>Treść reklamacji</w:t>
      </w:r>
    </w:p>
    <w:p w14:paraId="2B3245CB" w14:textId="77777777" w:rsidR="00997E46" w:rsidRDefault="00000000">
      <w:r>
        <w:t>Składam reklamację dotyczącą danych odnoszących się do wskazanej wyżej umowy, przekazanych przez Państwa do Biura Informacji Kredytowej. W aktualnych danych widnieje informacja, która w mojej ocenie jest błędna lub nieaktualna.</w:t>
      </w:r>
    </w:p>
    <w:p w14:paraId="42AC4F3E" w14:textId="77777777" w:rsidR="00997E46" w:rsidRDefault="00000000">
      <w:r>
        <w:t>Błędna informacja: .............................................................................................</w:t>
      </w:r>
    </w:p>
    <w:p w14:paraId="6768D6D6" w14:textId="77777777" w:rsidR="00997E46" w:rsidRDefault="00000000">
      <w:r>
        <w:t>Stan prawidłowy: ................................................................................................</w:t>
      </w:r>
    </w:p>
    <w:p w14:paraId="3C06BD5D" w14:textId="77777777" w:rsidR="00997E46" w:rsidRDefault="00000000">
      <w:r>
        <w:t>Uzasadnienie: .....................................................................................................</w:t>
      </w:r>
    </w:p>
    <w:p w14:paraId="699B68A8" w14:textId="77777777" w:rsidR="00997E46" w:rsidRDefault="00000000">
      <w:r>
        <w:t>........................................................................................................................</w:t>
      </w:r>
    </w:p>
    <w:p w14:paraId="0A0AE700" w14:textId="77777777" w:rsidR="00997E46" w:rsidRDefault="00000000">
      <w:pPr>
        <w:pStyle w:val="Nagwek1"/>
      </w:pPr>
      <w:r>
        <w:t>Żądania</w:t>
      </w:r>
    </w:p>
    <w:p w14:paraId="5F4CA90A" w14:textId="77777777" w:rsidR="00997E46" w:rsidRDefault="00000000">
      <w:pPr>
        <w:pStyle w:val="Listapunktowana"/>
      </w:pPr>
      <w:r>
        <w:t>☐ zweryfikowanie wskazanych danych w dokumentacji i systemach instytucji;</w:t>
      </w:r>
    </w:p>
    <w:p w14:paraId="1AFDCDC3" w14:textId="77777777" w:rsidR="00997E46" w:rsidRDefault="00000000">
      <w:pPr>
        <w:pStyle w:val="Listapunktowana"/>
      </w:pPr>
      <w:r>
        <w:t>☐ skorygowanie błędnych lub nieaktualnych informacji;</w:t>
      </w:r>
    </w:p>
    <w:p w14:paraId="15CB5F40" w14:textId="77777777" w:rsidR="00997E46" w:rsidRDefault="00000000">
      <w:pPr>
        <w:pStyle w:val="Listapunktowana"/>
      </w:pPr>
      <w:r>
        <w:t>☐ przekazanie prawidłowej aktualizacji do BIK;</w:t>
      </w:r>
    </w:p>
    <w:p w14:paraId="3611D093" w14:textId="77777777" w:rsidR="00997E46" w:rsidRDefault="00000000">
      <w:pPr>
        <w:pStyle w:val="Listapunktowana"/>
      </w:pPr>
      <w:r>
        <w:t>☐ pisemne potwierdzenie zakresu korekty i daty jej przekazania;</w:t>
      </w:r>
    </w:p>
    <w:p w14:paraId="647B6553" w14:textId="77777777" w:rsidR="00997E46" w:rsidRDefault="00000000">
      <w:pPr>
        <w:pStyle w:val="Listapunktowana"/>
      </w:pPr>
      <w:r>
        <w:lastRenderedPageBreak/>
        <w:t>☐ wskazanie podstawy faktycznej i prawnej, jeżeli reklamacja nie zostanie uwzględniona.</w:t>
      </w:r>
    </w:p>
    <w:p w14:paraId="6CEB1DC1" w14:textId="77777777" w:rsidR="00997E46" w:rsidRDefault="00000000">
      <w:pPr>
        <w:pStyle w:val="Nagwek1"/>
      </w:pPr>
      <w:r>
        <w:t>Załączniki</w:t>
      </w:r>
    </w:p>
    <w:p w14:paraId="12E177F1" w14:textId="77777777" w:rsidR="00997E46" w:rsidRDefault="00000000">
      <w:pPr>
        <w:pStyle w:val="Listapunktowana"/>
      </w:pPr>
      <w:r>
        <w:t>☐ potwierdzenia płatności</w:t>
      </w:r>
    </w:p>
    <w:p w14:paraId="6EC311B8" w14:textId="77777777" w:rsidR="00997E46" w:rsidRDefault="00000000">
      <w:pPr>
        <w:pStyle w:val="Listapunktowana"/>
      </w:pPr>
      <w:r>
        <w:t>☐ zaświadczenie o spłacie lub zamknięciu umowy</w:t>
      </w:r>
    </w:p>
    <w:p w14:paraId="4C8BB063" w14:textId="77777777" w:rsidR="00997E46" w:rsidRDefault="00000000">
      <w:pPr>
        <w:pStyle w:val="Listapunktowana"/>
      </w:pPr>
      <w:r>
        <w:t>☐ harmonogram lub umowa</w:t>
      </w:r>
    </w:p>
    <w:p w14:paraId="25FA9936" w14:textId="77777777" w:rsidR="00997E46" w:rsidRDefault="00000000">
      <w:pPr>
        <w:pStyle w:val="Listapunktowana"/>
      </w:pPr>
      <w:r>
        <w:t>☐ wyciągi bankowe</w:t>
      </w:r>
    </w:p>
    <w:p w14:paraId="19D47EE4" w14:textId="77777777" w:rsidR="00997E46" w:rsidRDefault="00000000">
      <w:pPr>
        <w:pStyle w:val="Listapunktowana"/>
      </w:pPr>
      <w:r>
        <w:t>☐ wcześniejsza korespondencja</w:t>
      </w:r>
    </w:p>
    <w:p w14:paraId="0814B53E" w14:textId="77777777" w:rsidR="00997E46" w:rsidRDefault="00000000">
      <w:pPr>
        <w:pStyle w:val="Listapunktowana"/>
      </w:pPr>
      <w:r>
        <w:t>☐ inne: ................................................................................</w:t>
      </w:r>
    </w:p>
    <w:p w14:paraId="1D79B8C8" w14:textId="77777777" w:rsidR="00997E46" w:rsidRDefault="00000000">
      <w:r>
        <w:t>Data: ................................................      Podpis: ................................................</w:t>
      </w:r>
    </w:p>
    <w:p w14:paraId="61B29F67" w14:textId="77777777" w:rsidR="00997E46" w:rsidRDefault="00000000">
      <w:pPr>
        <w:pStyle w:val="Nagwek1"/>
      </w:pPr>
      <w:r>
        <w:t>Jak użyć wzoru</w:t>
      </w:r>
    </w:p>
    <w:p w14:paraId="1C9A2EF4" w14:textId="77777777" w:rsidR="00997E46" w:rsidRDefault="00000000">
      <w:pPr>
        <w:ind w:left="397" w:hanging="397"/>
      </w:pPr>
      <w:r>
        <w:rPr>
          <w:b/>
        </w:rPr>
        <w:t xml:space="preserve">1. Uzupełnij konkretną niezgodność. </w:t>
      </w:r>
      <w:r>
        <w:t>Nie pisz tylko „proszę usunąć wpis”. Wskaż pole, błędną wartość i stan prawidłowy.</w:t>
      </w:r>
    </w:p>
    <w:p w14:paraId="6207F5C5" w14:textId="77777777" w:rsidR="00997E46" w:rsidRDefault="00000000">
      <w:pPr>
        <w:ind w:left="397" w:hanging="397"/>
      </w:pPr>
      <w:r>
        <w:rPr>
          <w:b/>
        </w:rPr>
        <w:t xml:space="preserve">2. Dołącz dowody. </w:t>
      </w:r>
      <w:r>
        <w:t>Załącz kopie dokumentów potwierdzających spłatę, zamknięcie lub inną okoliczność.</w:t>
      </w:r>
    </w:p>
    <w:p w14:paraId="666C6A12" w14:textId="77777777" w:rsidR="00997E46" w:rsidRDefault="00000000">
      <w:pPr>
        <w:ind w:left="397" w:hanging="397"/>
      </w:pPr>
      <w:r>
        <w:rPr>
          <w:b/>
        </w:rPr>
        <w:t xml:space="preserve">3. Zachowaj potwierdzenie. </w:t>
      </w:r>
      <w:r>
        <w:t>Zapisz datę, numer sprawy i kanał złożenia reklamacji.</w:t>
      </w:r>
    </w:p>
    <w:p w14:paraId="682E16C5" w14:textId="77777777" w:rsidR="00997E46" w:rsidRDefault="00000000">
      <w:pPr>
        <w:ind w:left="397" w:hanging="397"/>
      </w:pPr>
      <w:r>
        <w:rPr>
          <w:b/>
        </w:rPr>
        <w:t xml:space="preserve">4. Sprawdź aktualizację. </w:t>
      </w:r>
      <w:r>
        <w:t>Po potwierdzeniu korekty ponownie sprawdź dane w BIK.</w:t>
      </w:r>
    </w:p>
    <w:p w14:paraId="4B2C626D" w14:textId="77777777" w:rsidR="00997E46" w:rsidRDefault="00000000">
      <w:r>
        <w:t>Wzór ma charakter informacyjny i wymaga dopasowania do konkretnej sprawy.</w:t>
      </w:r>
    </w:p>
    <w:sectPr w:rsidR="00997E46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5EACE" w14:textId="77777777" w:rsidR="000B2FAC" w:rsidRDefault="000B2FAC">
      <w:pPr>
        <w:spacing w:after="0" w:line="240" w:lineRule="auto"/>
      </w:pPr>
      <w:r>
        <w:separator/>
      </w:r>
    </w:p>
  </w:endnote>
  <w:endnote w:type="continuationSeparator" w:id="0">
    <w:p w14:paraId="6F185374" w14:textId="77777777" w:rsidR="000B2FAC" w:rsidRDefault="000B2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1414D" w14:textId="77777777" w:rsidR="00997E46" w:rsidRDefault="00000000">
    <w:pPr>
      <w:pStyle w:val="Stopka"/>
      <w:jc w:val="center"/>
    </w:pPr>
    <w:r>
      <w:rPr>
        <w:color w:val="6E6E6E"/>
        <w:sz w:val="16"/>
      </w:rPr>
      <w:t>Moneta24.pl  |  Proste decyzje finansowe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EAA32" w14:textId="77777777" w:rsidR="000B2FAC" w:rsidRDefault="000B2FAC">
      <w:pPr>
        <w:spacing w:after="0" w:line="240" w:lineRule="auto"/>
      </w:pPr>
      <w:r>
        <w:separator/>
      </w:r>
    </w:p>
  </w:footnote>
  <w:footnote w:type="continuationSeparator" w:id="0">
    <w:p w14:paraId="57D1B9C1" w14:textId="77777777" w:rsidR="000B2FAC" w:rsidRDefault="000B2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4713856">
    <w:abstractNumId w:val="8"/>
  </w:num>
  <w:num w:numId="2" w16cid:durableId="532036335">
    <w:abstractNumId w:val="6"/>
  </w:num>
  <w:num w:numId="3" w16cid:durableId="322975153">
    <w:abstractNumId w:val="5"/>
  </w:num>
  <w:num w:numId="4" w16cid:durableId="1954050479">
    <w:abstractNumId w:val="4"/>
  </w:num>
  <w:num w:numId="5" w16cid:durableId="1118641407">
    <w:abstractNumId w:val="7"/>
  </w:num>
  <w:num w:numId="6" w16cid:durableId="287056004">
    <w:abstractNumId w:val="3"/>
  </w:num>
  <w:num w:numId="7" w16cid:durableId="1708262804">
    <w:abstractNumId w:val="2"/>
  </w:num>
  <w:num w:numId="8" w16cid:durableId="1218052561">
    <w:abstractNumId w:val="1"/>
  </w:num>
  <w:num w:numId="9" w16cid:durableId="795757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FAC"/>
    <w:rsid w:val="0015074B"/>
    <w:rsid w:val="0029639D"/>
    <w:rsid w:val="002F5483"/>
    <w:rsid w:val="00326F90"/>
    <w:rsid w:val="0081705E"/>
    <w:rsid w:val="00997E4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B81FB"/>
  <w14:defaultImageDpi w14:val="300"/>
  <w15:docId w15:val="{CC30D42B-58BA-410E-BDF0-47E942C2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 w:line="278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000000"/>
      <w:sz w:val="3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before="160" w:after="1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Moneta24.pl</dc:creator>
  <cp:keywords/>
  <dc:description>generated by python-docx</dc:description>
  <cp:lastModifiedBy>slavo slavoni</cp:lastModifiedBy>
  <cp:revision>2</cp:revision>
  <dcterms:created xsi:type="dcterms:W3CDTF">2013-12-23T23:15:00Z</dcterms:created>
  <dcterms:modified xsi:type="dcterms:W3CDTF">2026-09-27T21:27:00Z</dcterms:modified>
  <cp:category/>
</cp:coreProperties>
</file>