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8A36" w14:textId="77777777" w:rsidR="00E3716F" w:rsidRDefault="00000000">
      <w:pPr>
        <w:pStyle w:val="Tytu"/>
      </w:pPr>
      <w:r>
        <w:t>Checklista warunków i premii Konta Przekorzystnego</w:t>
      </w:r>
    </w:p>
    <w:p w14:paraId="0F2EE9E0" w14:textId="77777777" w:rsidR="00E3716F" w:rsidRDefault="00000000">
      <w:r>
        <w:t>Wersja zgodna z ofertą sprawdzoną 18 września 2026 r. Przed użyciem sprawdź aktualne regulaminy Banku Pekao.</w:t>
      </w:r>
    </w:p>
    <w:p w14:paraId="15CEE8F4" w14:textId="77777777" w:rsidR="00E3716F" w:rsidRDefault="00000000">
      <w:pPr>
        <w:pStyle w:val="Nagwek1"/>
      </w:pPr>
      <w:r>
        <w:t>Dane klienta i umowy</w:t>
      </w:r>
    </w:p>
    <w:p w14:paraId="3DCBA36B" w14:textId="77777777" w:rsidR="00E3716F" w:rsidRDefault="00000000">
      <w:r>
        <w:t>Data złożenia wniosku: ____________________</w:t>
      </w:r>
    </w:p>
    <w:p w14:paraId="4849245A" w14:textId="77777777" w:rsidR="00E3716F" w:rsidRDefault="00000000">
      <w:r>
        <w:t>Data zawarcia umowy: ____________________</w:t>
      </w:r>
    </w:p>
    <w:p w14:paraId="39045A6D" w14:textId="77777777" w:rsidR="00E3716F" w:rsidRDefault="00000000">
      <w:r>
        <w:t>Numer rachunku lub identyfikator sprawy: ____________________</w:t>
      </w:r>
    </w:p>
    <w:p w14:paraId="770DD73E" w14:textId="77777777" w:rsidR="00E3716F" w:rsidRDefault="00000000">
      <w:r>
        <w:t>Karta zamówiona: standardowa / złota</w:t>
      </w:r>
    </w:p>
    <w:p w14:paraId="690768F2" w14:textId="77777777" w:rsidR="00E3716F" w:rsidRDefault="00000000">
      <w:r>
        <w:t>PeoPay aktywowany: ☐</w:t>
      </w:r>
    </w:p>
    <w:p w14:paraId="5C51FCD4" w14:textId="77777777" w:rsidR="00E3716F" w:rsidRDefault="00000000">
      <w:r>
        <w:t>Pekao24 aktywowany: ☐</w:t>
      </w:r>
    </w:p>
    <w:p w14:paraId="505D46F4" w14:textId="77777777" w:rsidR="00E3716F" w:rsidRDefault="00000000">
      <w:r>
        <w:t>Regulaminy zapisane: ☐</w:t>
      </w:r>
    </w:p>
    <w:p w14:paraId="2577D4BC" w14:textId="77777777" w:rsidR="00E3716F" w:rsidRDefault="00000000">
      <w:r>
        <w:t>Potwierdzenie udziału w promocjach zapisane: ☐</w:t>
      </w:r>
    </w:p>
    <w:p w14:paraId="0128FED3" w14:textId="77777777" w:rsidR="00E3716F" w:rsidRDefault="00000000">
      <w:pPr>
        <w:pStyle w:val="Nagwek1"/>
      </w:pPr>
      <w:r>
        <w:t>Premia do 300 zł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2880"/>
        <w:gridCol w:w="1584"/>
      </w:tblGrid>
      <w:tr w:rsidR="00E3716F" w14:paraId="4CA3DDBD" w14:textId="77777777">
        <w:trPr>
          <w:tblHeader/>
          <w:jc w:val="center"/>
        </w:trPr>
        <w:tc>
          <w:tcPr>
            <w:tcW w:w="5184" w:type="dxa"/>
            <w:shd w:val="clear" w:color="auto" w:fill="17365D"/>
            <w:vAlign w:val="center"/>
          </w:tcPr>
          <w:p w14:paraId="1CC4A5EB" w14:textId="77777777" w:rsidR="00E3716F" w:rsidRDefault="00000000">
            <w:r>
              <w:rPr>
                <w:b/>
                <w:color w:val="FFFFFF"/>
                <w:sz w:val="18"/>
              </w:rPr>
              <w:t>Zadanie</w:t>
            </w:r>
          </w:p>
        </w:tc>
        <w:tc>
          <w:tcPr>
            <w:tcW w:w="2880" w:type="dxa"/>
            <w:shd w:val="clear" w:color="auto" w:fill="17365D"/>
            <w:vAlign w:val="center"/>
          </w:tcPr>
          <w:p w14:paraId="3F1DE3DE" w14:textId="77777777" w:rsidR="00E3716F" w:rsidRDefault="00000000">
            <w:r>
              <w:rPr>
                <w:b/>
                <w:color w:val="FFFFFF"/>
                <w:sz w:val="18"/>
              </w:rPr>
              <w:t>Termin</w:t>
            </w:r>
          </w:p>
        </w:tc>
        <w:tc>
          <w:tcPr>
            <w:tcW w:w="1584" w:type="dxa"/>
            <w:shd w:val="clear" w:color="auto" w:fill="17365D"/>
            <w:vAlign w:val="center"/>
          </w:tcPr>
          <w:p w14:paraId="78BB832A" w14:textId="77777777" w:rsidR="00E3716F" w:rsidRDefault="00000000">
            <w:r>
              <w:rPr>
                <w:b/>
                <w:color w:val="FFFFFF"/>
                <w:sz w:val="18"/>
              </w:rPr>
              <w:t>Wykonano</w:t>
            </w:r>
          </w:p>
        </w:tc>
      </w:tr>
      <w:tr w:rsidR="00E3716F" w14:paraId="1A68AACA" w14:textId="77777777">
        <w:trPr>
          <w:cantSplit/>
          <w:jc w:val="center"/>
        </w:trPr>
        <w:tc>
          <w:tcPr>
            <w:tcW w:w="5184" w:type="dxa"/>
            <w:vAlign w:val="center"/>
          </w:tcPr>
          <w:p w14:paraId="457E82B0" w14:textId="77777777" w:rsidR="00E3716F" w:rsidRDefault="00000000">
            <w:r>
              <w:rPr>
                <w:sz w:val="18"/>
              </w:rPr>
              <w:t>Otwarcie online konta, karty, PeoPay i Pekao24</w:t>
            </w:r>
          </w:p>
        </w:tc>
        <w:tc>
          <w:tcPr>
            <w:tcW w:w="2880" w:type="dxa"/>
            <w:vAlign w:val="center"/>
          </w:tcPr>
          <w:p w14:paraId="21686A6A" w14:textId="77777777" w:rsidR="00E3716F" w:rsidRDefault="00000000">
            <w:r>
              <w:rPr>
                <w:sz w:val="18"/>
              </w:rPr>
              <w:t>do 30.09.2026</w:t>
            </w:r>
          </w:p>
        </w:tc>
        <w:tc>
          <w:tcPr>
            <w:tcW w:w="1584" w:type="dxa"/>
            <w:vAlign w:val="center"/>
          </w:tcPr>
          <w:p w14:paraId="3DC71B22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6E59335F" w14:textId="77777777">
        <w:trPr>
          <w:cantSplit/>
          <w:jc w:val="center"/>
        </w:trPr>
        <w:tc>
          <w:tcPr>
            <w:tcW w:w="5184" w:type="dxa"/>
            <w:shd w:val="clear" w:color="auto" w:fill="F3F6FA"/>
            <w:vAlign w:val="center"/>
          </w:tcPr>
          <w:p w14:paraId="3C6CCD24" w14:textId="77777777" w:rsidR="00E3716F" w:rsidRDefault="00000000">
            <w:r>
              <w:rPr>
                <w:sz w:val="18"/>
              </w:rPr>
              <w:t>Wymagane zgody i pierwsze logowanie</w:t>
            </w:r>
          </w:p>
        </w:tc>
        <w:tc>
          <w:tcPr>
            <w:tcW w:w="2880" w:type="dxa"/>
            <w:shd w:val="clear" w:color="auto" w:fill="F3F6FA"/>
            <w:vAlign w:val="center"/>
          </w:tcPr>
          <w:p w14:paraId="3506BC0A" w14:textId="77777777" w:rsidR="00E3716F" w:rsidRDefault="00000000">
            <w:r>
              <w:rPr>
                <w:sz w:val="18"/>
              </w:rPr>
              <w:t>zgodnie z regulaminem</w:t>
            </w:r>
          </w:p>
        </w:tc>
        <w:tc>
          <w:tcPr>
            <w:tcW w:w="1584" w:type="dxa"/>
            <w:shd w:val="clear" w:color="auto" w:fill="F3F6FA"/>
            <w:vAlign w:val="center"/>
          </w:tcPr>
          <w:p w14:paraId="5E689CEE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7FBF8073" w14:textId="77777777">
        <w:trPr>
          <w:cantSplit/>
          <w:jc w:val="center"/>
        </w:trPr>
        <w:tc>
          <w:tcPr>
            <w:tcW w:w="5184" w:type="dxa"/>
            <w:vAlign w:val="center"/>
          </w:tcPr>
          <w:p w14:paraId="6F14A657" w14:textId="77777777" w:rsidR="00E3716F" w:rsidRDefault="00000000">
            <w:r>
              <w:rPr>
                <w:sz w:val="18"/>
              </w:rPr>
              <w:t>5 kwalifikowanych płatności kartą – miesiąc 1</w:t>
            </w:r>
          </w:p>
        </w:tc>
        <w:tc>
          <w:tcPr>
            <w:tcW w:w="2880" w:type="dxa"/>
            <w:vAlign w:val="center"/>
          </w:tcPr>
          <w:p w14:paraId="063E47ED" w14:textId="77777777" w:rsidR="00E3716F" w:rsidRDefault="00000000">
            <w:r>
              <w:rPr>
                <w:sz w:val="18"/>
              </w:rPr>
              <w:t>____________</w:t>
            </w:r>
          </w:p>
        </w:tc>
        <w:tc>
          <w:tcPr>
            <w:tcW w:w="1584" w:type="dxa"/>
            <w:vAlign w:val="center"/>
          </w:tcPr>
          <w:p w14:paraId="1E5A0D5E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4B4D3762" w14:textId="77777777">
        <w:trPr>
          <w:cantSplit/>
          <w:jc w:val="center"/>
        </w:trPr>
        <w:tc>
          <w:tcPr>
            <w:tcW w:w="5184" w:type="dxa"/>
            <w:shd w:val="clear" w:color="auto" w:fill="F3F6FA"/>
            <w:vAlign w:val="center"/>
          </w:tcPr>
          <w:p w14:paraId="70AFA98B" w14:textId="77777777" w:rsidR="00E3716F" w:rsidRDefault="00000000">
            <w:r>
              <w:rPr>
                <w:sz w:val="18"/>
              </w:rPr>
              <w:t>5 kwalifikowanych płatności kartą – miesiąc 2</w:t>
            </w:r>
          </w:p>
        </w:tc>
        <w:tc>
          <w:tcPr>
            <w:tcW w:w="2880" w:type="dxa"/>
            <w:shd w:val="clear" w:color="auto" w:fill="F3F6FA"/>
            <w:vAlign w:val="center"/>
          </w:tcPr>
          <w:p w14:paraId="1E083DBF" w14:textId="77777777" w:rsidR="00E3716F" w:rsidRDefault="00000000">
            <w:r>
              <w:rPr>
                <w:sz w:val="18"/>
              </w:rPr>
              <w:t>____________</w:t>
            </w:r>
          </w:p>
        </w:tc>
        <w:tc>
          <w:tcPr>
            <w:tcW w:w="1584" w:type="dxa"/>
            <w:shd w:val="clear" w:color="auto" w:fill="F3F6FA"/>
            <w:vAlign w:val="center"/>
          </w:tcPr>
          <w:p w14:paraId="3D3592CA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264DA5B7" w14:textId="77777777">
        <w:trPr>
          <w:cantSplit/>
          <w:jc w:val="center"/>
        </w:trPr>
        <w:tc>
          <w:tcPr>
            <w:tcW w:w="5184" w:type="dxa"/>
            <w:vAlign w:val="center"/>
          </w:tcPr>
          <w:p w14:paraId="6C5288EF" w14:textId="77777777" w:rsidR="00E3716F" w:rsidRDefault="00000000">
            <w:r>
              <w:rPr>
                <w:sz w:val="18"/>
              </w:rPr>
              <w:t>Otrzymanie I nagrody 100 zł</w:t>
            </w:r>
          </w:p>
        </w:tc>
        <w:tc>
          <w:tcPr>
            <w:tcW w:w="2880" w:type="dxa"/>
            <w:vAlign w:val="center"/>
          </w:tcPr>
          <w:p w14:paraId="355C2CF7" w14:textId="77777777" w:rsidR="00E3716F" w:rsidRDefault="00000000">
            <w:r>
              <w:rPr>
                <w:sz w:val="18"/>
              </w:rPr>
              <w:t>____________</w:t>
            </w:r>
          </w:p>
        </w:tc>
        <w:tc>
          <w:tcPr>
            <w:tcW w:w="1584" w:type="dxa"/>
            <w:vAlign w:val="center"/>
          </w:tcPr>
          <w:p w14:paraId="2C35C830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2D8CF6F3" w14:textId="77777777">
        <w:trPr>
          <w:cantSplit/>
          <w:jc w:val="center"/>
        </w:trPr>
        <w:tc>
          <w:tcPr>
            <w:tcW w:w="5184" w:type="dxa"/>
            <w:shd w:val="clear" w:color="auto" w:fill="F3F6FA"/>
            <w:vAlign w:val="center"/>
          </w:tcPr>
          <w:p w14:paraId="0BDB33E0" w14:textId="77777777" w:rsidR="00E3716F" w:rsidRDefault="00000000">
            <w:r>
              <w:rPr>
                <w:sz w:val="18"/>
              </w:rPr>
              <w:t>Otrzymanie II nagrody 100 zł</w:t>
            </w:r>
          </w:p>
        </w:tc>
        <w:tc>
          <w:tcPr>
            <w:tcW w:w="2880" w:type="dxa"/>
            <w:shd w:val="clear" w:color="auto" w:fill="F3F6FA"/>
            <w:vAlign w:val="center"/>
          </w:tcPr>
          <w:p w14:paraId="7361DC68" w14:textId="77777777" w:rsidR="00E3716F" w:rsidRDefault="00000000">
            <w:r>
              <w:rPr>
                <w:sz w:val="18"/>
              </w:rPr>
              <w:t>____________</w:t>
            </w:r>
          </w:p>
        </w:tc>
        <w:tc>
          <w:tcPr>
            <w:tcW w:w="1584" w:type="dxa"/>
            <w:shd w:val="clear" w:color="auto" w:fill="F3F6FA"/>
            <w:vAlign w:val="center"/>
          </w:tcPr>
          <w:p w14:paraId="0C517F4A" w14:textId="77777777" w:rsidR="00E3716F" w:rsidRDefault="00000000">
            <w:r>
              <w:rPr>
                <w:sz w:val="18"/>
              </w:rPr>
              <w:t>☐</w:t>
            </w:r>
          </w:p>
        </w:tc>
      </w:tr>
      <w:tr w:rsidR="00E3716F" w14:paraId="4DCDCA0A" w14:textId="77777777">
        <w:trPr>
          <w:cantSplit/>
          <w:jc w:val="center"/>
        </w:trPr>
        <w:tc>
          <w:tcPr>
            <w:tcW w:w="5184" w:type="dxa"/>
            <w:vAlign w:val="center"/>
          </w:tcPr>
          <w:p w14:paraId="13EAA38B" w14:textId="77777777" w:rsidR="00E3716F" w:rsidRDefault="00000000">
            <w:r>
              <w:rPr>
                <w:sz w:val="18"/>
              </w:rPr>
              <w:t>Otrzymanie III nagrody 100 zł</w:t>
            </w:r>
          </w:p>
        </w:tc>
        <w:tc>
          <w:tcPr>
            <w:tcW w:w="2880" w:type="dxa"/>
            <w:vAlign w:val="center"/>
          </w:tcPr>
          <w:p w14:paraId="2B90C81D" w14:textId="77777777" w:rsidR="00E3716F" w:rsidRDefault="00000000">
            <w:r>
              <w:rPr>
                <w:sz w:val="18"/>
              </w:rPr>
              <w:t>____________</w:t>
            </w:r>
          </w:p>
        </w:tc>
        <w:tc>
          <w:tcPr>
            <w:tcW w:w="1584" w:type="dxa"/>
            <w:vAlign w:val="center"/>
          </w:tcPr>
          <w:p w14:paraId="6C59D859" w14:textId="77777777" w:rsidR="00E3716F" w:rsidRDefault="00000000">
            <w:r>
              <w:rPr>
                <w:sz w:val="18"/>
              </w:rPr>
              <w:t>☐</w:t>
            </w:r>
          </w:p>
        </w:tc>
      </w:tr>
    </w:tbl>
    <w:p w14:paraId="6ACCB746" w14:textId="77777777" w:rsidR="00E3716F" w:rsidRDefault="00E3716F">
      <w:pPr>
        <w:spacing w:after="20"/>
      </w:pPr>
    </w:p>
    <w:p w14:paraId="4A9FE9DF" w14:textId="77777777" w:rsidR="00E3716F" w:rsidRDefault="00000000">
      <w:pPr>
        <w:pStyle w:val="Nagwek1"/>
      </w:pPr>
      <w:r>
        <w:t>Miesięczne warunki bezpłatności złotej karty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304"/>
        <w:gridCol w:w="2088"/>
        <w:gridCol w:w="1944"/>
        <w:gridCol w:w="1440"/>
      </w:tblGrid>
      <w:tr w:rsidR="00E3716F" w14:paraId="140D37EF" w14:textId="77777777">
        <w:trPr>
          <w:tblHeader/>
          <w:jc w:val="center"/>
        </w:trPr>
        <w:tc>
          <w:tcPr>
            <w:tcW w:w="1008" w:type="dxa"/>
            <w:shd w:val="clear" w:color="auto" w:fill="17365D"/>
            <w:vAlign w:val="center"/>
          </w:tcPr>
          <w:p w14:paraId="73DBEA26" w14:textId="77777777" w:rsidR="00E3716F" w:rsidRDefault="00000000">
            <w:r>
              <w:rPr>
                <w:b/>
                <w:color w:val="FFFFFF"/>
                <w:sz w:val="18"/>
              </w:rPr>
              <w:t>Miesiąc</w:t>
            </w:r>
          </w:p>
        </w:tc>
        <w:tc>
          <w:tcPr>
            <w:tcW w:w="2304" w:type="dxa"/>
            <w:shd w:val="clear" w:color="auto" w:fill="17365D"/>
            <w:vAlign w:val="center"/>
          </w:tcPr>
          <w:p w14:paraId="56B2A159" w14:textId="77777777" w:rsidR="00E3716F" w:rsidRDefault="00000000">
            <w:r>
              <w:rPr>
                <w:b/>
                <w:color w:val="FFFFFF"/>
                <w:sz w:val="18"/>
              </w:rPr>
              <w:t>Wpływy min. 1000 zł</w:t>
            </w:r>
          </w:p>
        </w:tc>
        <w:tc>
          <w:tcPr>
            <w:tcW w:w="2088" w:type="dxa"/>
            <w:shd w:val="clear" w:color="auto" w:fill="17365D"/>
            <w:vAlign w:val="center"/>
          </w:tcPr>
          <w:p w14:paraId="1DE4C2C1" w14:textId="77777777" w:rsidR="00E3716F" w:rsidRDefault="00000000">
            <w:r>
              <w:rPr>
                <w:b/>
                <w:color w:val="FFFFFF"/>
                <w:sz w:val="18"/>
              </w:rPr>
              <w:t>5 płatności kartą</w:t>
            </w:r>
          </w:p>
        </w:tc>
        <w:tc>
          <w:tcPr>
            <w:tcW w:w="1944" w:type="dxa"/>
            <w:shd w:val="clear" w:color="auto" w:fill="17365D"/>
            <w:vAlign w:val="center"/>
          </w:tcPr>
          <w:p w14:paraId="6C101D68" w14:textId="77777777" w:rsidR="00E3716F" w:rsidRDefault="00000000">
            <w:r>
              <w:rPr>
                <w:b/>
                <w:color w:val="FFFFFF"/>
                <w:sz w:val="18"/>
              </w:rPr>
              <w:t>Zgody aktywne</w:t>
            </w:r>
          </w:p>
        </w:tc>
        <w:tc>
          <w:tcPr>
            <w:tcW w:w="1440" w:type="dxa"/>
            <w:shd w:val="clear" w:color="auto" w:fill="17365D"/>
            <w:vAlign w:val="center"/>
          </w:tcPr>
          <w:p w14:paraId="414520EF" w14:textId="77777777" w:rsidR="00E3716F" w:rsidRDefault="00000000">
            <w:r>
              <w:rPr>
                <w:b/>
                <w:color w:val="FFFFFF"/>
                <w:sz w:val="18"/>
              </w:rPr>
              <w:t>Opłata</w:t>
            </w:r>
          </w:p>
        </w:tc>
      </w:tr>
      <w:tr w:rsidR="00E3716F" w14:paraId="7DD7CC3B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5A278DC3" w14:textId="77777777" w:rsidR="00E3716F" w:rsidRDefault="00000000">
            <w:r>
              <w:rPr>
                <w:sz w:val="18"/>
              </w:rPr>
              <w:t>1</w:t>
            </w:r>
          </w:p>
        </w:tc>
        <w:tc>
          <w:tcPr>
            <w:tcW w:w="2304" w:type="dxa"/>
            <w:vAlign w:val="center"/>
          </w:tcPr>
          <w:p w14:paraId="3A7645AF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665C2E3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7966573C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662D95C6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42F6D5BF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5AC2E493" w14:textId="77777777" w:rsidR="00E3716F" w:rsidRDefault="00000000">
            <w:r>
              <w:rPr>
                <w:sz w:val="18"/>
              </w:rPr>
              <w:t>2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01C7C009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671ECA92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234E30D0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09B36A04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2814EB8C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1272E65E" w14:textId="77777777" w:rsidR="00E3716F" w:rsidRDefault="00000000">
            <w:r>
              <w:rPr>
                <w:sz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5CFC5FC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58F3B8B3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19018F95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6BEE17D3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1F2D0122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459D10EF" w14:textId="77777777" w:rsidR="00E3716F" w:rsidRDefault="00000000">
            <w:r>
              <w:rPr>
                <w:sz w:val="18"/>
              </w:rPr>
              <w:t>4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359F67B5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3F5A5E26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08DAB804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49D22D9F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59AD0202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1C913D0F" w14:textId="77777777" w:rsidR="00E3716F" w:rsidRDefault="00000000">
            <w:r>
              <w:rPr>
                <w:sz w:val="18"/>
              </w:rPr>
              <w:lastRenderedPageBreak/>
              <w:t>5</w:t>
            </w:r>
          </w:p>
        </w:tc>
        <w:tc>
          <w:tcPr>
            <w:tcW w:w="2304" w:type="dxa"/>
            <w:vAlign w:val="center"/>
          </w:tcPr>
          <w:p w14:paraId="0AE03BC6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5761CDCE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5E213E7C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3C671568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210779A8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5D32EEA7" w14:textId="77777777" w:rsidR="00E3716F" w:rsidRDefault="00000000">
            <w:r>
              <w:rPr>
                <w:sz w:val="18"/>
              </w:rPr>
              <w:t>6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05FA540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6F76AF2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372ACC8E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7FF62572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3ECC38C4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36D2E398" w14:textId="77777777" w:rsidR="00E3716F" w:rsidRDefault="00000000">
            <w:r>
              <w:rPr>
                <w:sz w:val="18"/>
              </w:rPr>
              <w:t>7</w:t>
            </w:r>
          </w:p>
        </w:tc>
        <w:tc>
          <w:tcPr>
            <w:tcW w:w="2304" w:type="dxa"/>
            <w:vAlign w:val="center"/>
          </w:tcPr>
          <w:p w14:paraId="53721596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5AB2ED63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1D49DD43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35BA1534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578EECC9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3BAA9EFB" w14:textId="77777777" w:rsidR="00E3716F" w:rsidRDefault="00000000">
            <w:r>
              <w:rPr>
                <w:sz w:val="18"/>
              </w:rPr>
              <w:t>8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1BA1CC9E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29337D2D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3755EE88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76ACA04F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53767FF4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211EBF0D" w14:textId="77777777" w:rsidR="00E3716F" w:rsidRDefault="00000000">
            <w:r>
              <w:rPr>
                <w:sz w:val="18"/>
              </w:rPr>
              <w:t>9</w:t>
            </w:r>
          </w:p>
        </w:tc>
        <w:tc>
          <w:tcPr>
            <w:tcW w:w="2304" w:type="dxa"/>
            <w:vAlign w:val="center"/>
          </w:tcPr>
          <w:p w14:paraId="33941C02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54033ABD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1AF13F7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341CE47E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63B6BE4B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041786BD" w14:textId="77777777" w:rsidR="00E3716F" w:rsidRDefault="00000000">
            <w:r>
              <w:rPr>
                <w:sz w:val="18"/>
              </w:rPr>
              <w:t>10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1598C4FF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20CA374A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08B7E4C2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11CF95E9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217C0D32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74AF3B5A" w14:textId="77777777" w:rsidR="00E3716F" w:rsidRDefault="00000000">
            <w:r>
              <w:rPr>
                <w:sz w:val="18"/>
              </w:rPr>
              <w:t>11</w:t>
            </w:r>
          </w:p>
        </w:tc>
        <w:tc>
          <w:tcPr>
            <w:tcW w:w="2304" w:type="dxa"/>
            <w:vAlign w:val="center"/>
          </w:tcPr>
          <w:p w14:paraId="0184F26C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vAlign w:val="center"/>
          </w:tcPr>
          <w:p w14:paraId="6454BD20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vAlign w:val="center"/>
          </w:tcPr>
          <w:p w14:paraId="21E84EB1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vAlign w:val="center"/>
          </w:tcPr>
          <w:p w14:paraId="681FA7FA" w14:textId="77777777" w:rsidR="00E3716F" w:rsidRDefault="00000000">
            <w:r>
              <w:rPr>
                <w:sz w:val="18"/>
              </w:rPr>
              <w:t>______ zł</w:t>
            </w:r>
          </w:p>
        </w:tc>
      </w:tr>
      <w:tr w:rsidR="00E3716F" w14:paraId="192C8FE5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2F12F5CE" w14:textId="77777777" w:rsidR="00E3716F" w:rsidRDefault="00000000">
            <w:r>
              <w:rPr>
                <w:sz w:val="18"/>
              </w:rPr>
              <w:t>12</w:t>
            </w:r>
          </w:p>
        </w:tc>
        <w:tc>
          <w:tcPr>
            <w:tcW w:w="2304" w:type="dxa"/>
            <w:shd w:val="clear" w:color="auto" w:fill="F3F6FA"/>
            <w:vAlign w:val="center"/>
          </w:tcPr>
          <w:p w14:paraId="056CB3FC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2088" w:type="dxa"/>
            <w:shd w:val="clear" w:color="auto" w:fill="F3F6FA"/>
            <w:vAlign w:val="center"/>
          </w:tcPr>
          <w:p w14:paraId="36417D59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09729F05" w14:textId="77777777" w:rsidR="00E3716F" w:rsidRDefault="00000000">
            <w:r>
              <w:rPr>
                <w:sz w:val="18"/>
              </w:rPr>
              <w:t>☐</w:t>
            </w:r>
          </w:p>
        </w:tc>
        <w:tc>
          <w:tcPr>
            <w:tcW w:w="1440" w:type="dxa"/>
            <w:shd w:val="clear" w:color="auto" w:fill="F3F6FA"/>
            <w:vAlign w:val="center"/>
          </w:tcPr>
          <w:p w14:paraId="0D4B3492" w14:textId="77777777" w:rsidR="00E3716F" w:rsidRDefault="00000000">
            <w:r>
              <w:rPr>
                <w:sz w:val="18"/>
              </w:rPr>
              <w:t>______ zł</w:t>
            </w:r>
          </w:p>
        </w:tc>
      </w:tr>
    </w:tbl>
    <w:p w14:paraId="5D990946" w14:textId="77777777" w:rsidR="00E3716F" w:rsidRDefault="00E3716F">
      <w:pPr>
        <w:spacing w:after="20"/>
      </w:pPr>
    </w:p>
    <w:p w14:paraId="5305AE67" w14:textId="77777777" w:rsidR="00E3716F" w:rsidRDefault="00000000">
      <w:pPr>
        <w:pStyle w:val="Nagwek1"/>
      </w:pPr>
      <w:r>
        <w:t>Promocja Podróżna II</w:t>
      </w:r>
    </w:p>
    <w:p w14:paraId="1C007572" w14:textId="77777777" w:rsidR="00E3716F" w:rsidRDefault="00000000">
      <w:r>
        <w:t>Data przystąpienia: ____________________  Koniec 12 miesięcy: ____________________  Ostateczny termin wykorzystania portfela: ____________________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944"/>
        <w:gridCol w:w="1728"/>
        <w:gridCol w:w="1728"/>
        <w:gridCol w:w="1656"/>
        <w:gridCol w:w="1656"/>
      </w:tblGrid>
      <w:tr w:rsidR="00E3716F" w14:paraId="1A86CF19" w14:textId="77777777">
        <w:trPr>
          <w:tblHeader/>
          <w:jc w:val="center"/>
        </w:trPr>
        <w:tc>
          <w:tcPr>
            <w:tcW w:w="1008" w:type="dxa"/>
            <w:shd w:val="clear" w:color="auto" w:fill="17365D"/>
            <w:vAlign w:val="center"/>
          </w:tcPr>
          <w:p w14:paraId="58A64997" w14:textId="77777777" w:rsidR="00E3716F" w:rsidRDefault="00000000">
            <w:r>
              <w:rPr>
                <w:b/>
                <w:color w:val="FFFFFF"/>
                <w:sz w:val="18"/>
              </w:rPr>
              <w:t>Miesiąc</w:t>
            </w:r>
          </w:p>
        </w:tc>
        <w:tc>
          <w:tcPr>
            <w:tcW w:w="1944" w:type="dxa"/>
            <w:shd w:val="clear" w:color="auto" w:fill="17365D"/>
            <w:vAlign w:val="center"/>
          </w:tcPr>
          <w:p w14:paraId="7E620204" w14:textId="77777777" w:rsidR="00E3716F" w:rsidRDefault="00000000">
            <w:r>
              <w:rPr>
                <w:b/>
                <w:color w:val="FFFFFF"/>
                <w:sz w:val="18"/>
              </w:rPr>
              <w:t>Liczba transakcji</w:t>
            </w:r>
          </w:p>
        </w:tc>
        <w:tc>
          <w:tcPr>
            <w:tcW w:w="1728" w:type="dxa"/>
            <w:shd w:val="clear" w:color="auto" w:fill="17365D"/>
            <w:vAlign w:val="center"/>
          </w:tcPr>
          <w:p w14:paraId="10F43D54" w14:textId="77777777" w:rsidR="00E3716F" w:rsidRDefault="00000000">
            <w:r>
              <w:rPr>
                <w:b/>
                <w:color w:val="FFFFFF"/>
                <w:sz w:val="18"/>
              </w:rPr>
              <w:t>Naliczono 3%</w:t>
            </w:r>
          </w:p>
        </w:tc>
        <w:tc>
          <w:tcPr>
            <w:tcW w:w="1728" w:type="dxa"/>
            <w:shd w:val="clear" w:color="auto" w:fill="17365D"/>
            <w:vAlign w:val="center"/>
          </w:tcPr>
          <w:p w14:paraId="04E18C52" w14:textId="77777777" w:rsidR="00E3716F" w:rsidRDefault="00000000">
            <w:r>
              <w:rPr>
                <w:b/>
                <w:color w:val="FFFFFF"/>
                <w:sz w:val="18"/>
              </w:rPr>
              <w:t>Naliczono 6%</w:t>
            </w:r>
          </w:p>
        </w:tc>
        <w:tc>
          <w:tcPr>
            <w:tcW w:w="1656" w:type="dxa"/>
            <w:shd w:val="clear" w:color="auto" w:fill="17365D"/>
            <w:vAlign w:val="center"/>
          </w:tcPr>
          <w:p w14:paraId="5BD0E03B" w14:textId="77777777" w:rsidR="00E3716F" w:rsidRDefault="00000000">
            <w:r>
              <w:rPr>
                <w:b/>
                <w:color w:val="FFFFFF"/>
                <w:sz w:val="18"/>
              </w:rPr>
              <w:t>Nagrody</w:t>
            </w:r>
          </w:p>
        </w:tc>
        <w:tc>
          <w:tcPr>
            <w:tcW w:w="1656" w:type="dxa"/>
            <w:shd w:val="clear" w:color="auto" w:fill="17365D"/>
            <w:vAlign w:val="center"/>
          </w:tcPr>
          <w:p w14:paraId="77372B58" w14:textId="77777777" w:rsidR="00E3716F" w:rsidRDefault="00000000">
            <w:r>
              <w:rPr>
                <w:b/>
                <w:color w:val="FFFFFF"/>
                <w:sz w:val="18"/>
              </w:rPr>
              <w:t>Saldo</w:t>
            </w:r>
          </w:p>
        </w:tc>
      </w:tr>
      <w:tr w:rsidR="00E3716F" w14:paraId="6E079366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40C3BCF0" w14:textId="77777777" w:rsidR="00E3716F" w:rsidRDefault="00000000">
            <w:r>
              <w:rPr>
                <w:sz w:val="18"/>
              </w:rPr>
              <w:t>1</w:t>
            </w:r>
          </w:p>
        </w:tc>
        <w:tc>
          <w:tcPr>
            <w:tcW w:w="1944" w:type="dxa"/>
            <w:vAlign w:val="center"/>
          </w:tcPr>
          <w:p w14:paraId="30340846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572E2B09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2135EEA9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2D117C92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12E4C934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2E3283BD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33AEA325" w14:textId="77777777" w:rsidR="00E3716F" w:rsidRDefault="00000000">
            <w:r>
              <w:rPr>
                <w:sz w:val="18"/>
              </w:rPr>
              <w:t>2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4DB59C48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4B3947D4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6F856967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6C29890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1079DD7B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04BFED4B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62F4AB25" w14:textId="77777777" w:rsidR="00E3716F" w:rsidRDefault="00000000">
            <w:r>
              <w:rPr>
                <w:sz w:val="18"/>
              </w:rPr>
              <w:t>3</w:t>
            </w:r>
          </w:p>
        </w:tc>
        <w:tc>
          <w:tcPr>
            <w:tcW w:w="1944" w:type="dxa"/>
            <w:vAlign w:val="center"/>
          </w:tcPr>
          <w:p w14:paraId="5F56A133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19731DE9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704F3B33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2A9EFF47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30B40210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2D1FBCCB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51FF02AE" w14:textId="77777777" w:rsidR="00E3716F" w:rsidRDefault="00000000">
            <w:r>
              <w:rPr>
                <w:sz w:val="18"/>
              </w:rPr>
              <w:t>4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3F169C09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616CE267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29368128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2B05990D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10CD4012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1A61605C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359A91D0" w14:textId="77777777" w:rsidR="00E3716F" w:rsidRDefault="00000000">
            <w:r>
              <w:rPr>
                <w:sz w:val="18"/>
              </w:rPr>
              <w:t>5</w:t>
            </w:r>
          </w:p>
        </w:tc>
        <w:tc>
          <w:tcPr>
            <w:tcW w:w="1944" w:type="dxa"/>
            <w:vAlign w:val="center"/>
          </w:tcPr>
          <w:p w14:paraId="05D898C8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6169D75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34763424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35BB0A44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6385AD97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75192102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24BA6F7B" w14:textId="77777777" w:rsidR="00E3716F" w:rsidRDefault="00000000">
            <w:r>
              <w:rPr>
                <w:sz w:val="18"/>
              </w:rPr>
              <w:t>6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1F539528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648DE058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31E46E6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236B53FC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6781AEBB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46E6631D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60144B33" w14:textId="77777777" w:rsidR="00E3716F" w:rsidRDefault="00000000">
            <w:r>
              <w:rPr>
                <w:sz w:val="18"/>
              </w:rPr>
              <w:t>7</w:t>
            </w:r>
          </w:p>
        </w:tc>
        <w:tc>
          <w:tcPr>
            <w:tcW w:w="1944" w:type="dxa"/>
            <w:vAlign w:val="center"/>
          </w:tcPr>
          <w:p w14:paraId="0595DEF0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619656E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5F8FF0B2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3011B947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32FD9FC0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4B309741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0F752BA0" w14:textId="77777777" w:rsidR="00E3716F" w:rsidRDefault="00000000">
            <w:r>
              <w:rPr>
                <w:sz w:val="18"/>
              </w:rPr>
              <w:t>8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1D1755AB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233E51F9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28DB708F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0579F326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32719A13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0DBEBCD6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222775FA" w14:textId="77777777" w:rsidR="00E3716F" w:rsidRDefault="00000000">
            <w:r>
              <w:rPr>
                <w:sz w:val="18"/>
              </w:rPr>
              <w:t>9</w:t>
            </w:r>
          </w:p>
        </w:tc>
        <w:tc>
          <w:tcPr>
            <w:tcW w:w="1944" w:type="dxa"/>
            <w:vAlign w:val="center"/>
          </w:tcPr>
          <w:p w14:paraId="5EE5B7BC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2DC67ED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32FBD166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019CF5BF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7D8C62FF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371CE1CB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695F27D8" w14:textId="77777777" w:rsidR="00E3716F" w:rsidRDefault="00000000">
            <w:r>
              <w:rPr>
                <w:sz w:val="18"/>
              </w:rPr>
              <w:t>10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02887BF7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490854D3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5FAAEEEE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3B9D0DDB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13296BE5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2D8B9C3A" w14:textId="77777777">
        <w:trPr>
          <w:cantSplit/>
          <w:jc w:val="center"/>
        </w:trPr>
        <w:tc>
          <w:tcPr>
            <w:tcW w:w="1008" w:type="dxa"/>
            <w:vAlign w:val="center"/>
          </w:tcPr>
          <w:p w14:paraId="6A0F0C06" w14:textId="77777777" w:rsidR="00E3716F" w:rsidRDefault="00000000">
            <w:r>
              <w:rPr>
                <w:sz w:val="18"/>
              </w:rPr>
              <w:t>11</w:t>
            </w:r>
          </w:p>
        </w:tc>
        <w:tc>
          <w:tcPr>
            <w:tcW w:w="1944" w:type="dxa"/>
            <w:vAlign w:val="center"/>
          </w:tcPr>
          <w:p w14:paraId="5E4D35DE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vAlign w:val="center"/>
          </w:tcPr>
          <w:p w14:paraId="531870DF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vAlign w:val="center"/>
          </w:tcPr>
          <w:p w14:paraId="6BAEF213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3189C5A7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vAlign w:val="center"/>
          </w:tcPr>
          <w:p w14:paraId="0D707029" w14:textId="77777777" w:rsidR="00E3716F" w:rsidRDefault="00000000">
            <w:r>
              <w:rPr>
                <w:sz w:val="18"/>
              </w:rPr>
              <w:t>_____ zł</w:t>
            </w:r>
          </w:p>
        </w:tc>
      </w:tr>
      <w:tr w:rsidR="00E3716F" w14:paraId="40EF3AC7" w14:textId="77777777">
        <w:trPr>
          <w:cantSplit/>
          <w:jc w:val="center"/>
        </w:trPr>
        <w:tc>
          <w:tcPr>
            <w:tcW w:w="1008" w:type="dxa"/>
            <w:shd w:val="clear" w:color="auto" w:fill="F3F6FA"/>
            <w:vAlign w:val="center"/>
          </w:tcPr>
          <w:p w14:paraId="5FF533E9" w14:textId="77777777" w:rsidR="00E3716F" w:rsidRDefault="00000000">
            <w:r>
              <w:rPr>
                <w:sz w:val="18"/>
              </w:rPr>
              <w:t>12</w:t>
            </w:r>
          </w:p>
        </w:tc>
        <w:tc>
          <w:tcPr>
            <w:tcW w:w="1944" w:type="dxa"/>
            <w:shd w:val="clear" w:color="auto" w:fill="F3F6FA"/>
            <w:vAlign w:val="center"/>
          </w:tcPr>
          <w:p w14:paraId="5CD55F7D" w14:textId="77777777" w:rsidR="00E3716F" w:rsidRDefault="00000000">
            <w:r>
              <w:rPr>
                <w:sz w:val="18"/>
              </w:rPr>
              <w:t>_____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00BD2331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728" w:type="dxa"/>
            <w:shd w:val="clear" w:color="auto" w:fill="F3F6FA"/>
            <w:vAlign w:val="center"/>
          </w:tcPr>
          <w:p w14:paraId="72FBCE0A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411C3B29" w14:textId="77777777" w:rsidR="00E3716F" w:rsidRDefault="00000000">
            <w:r>
              <w:rPr>
                <w:sz w:val="18"/>
              </w:rPr>
              <w:t>_____ zł</w:t>
            </w:r>
          </w:p>
        </w:tc>
        <w:tc>
          <w:tcPr>
            <w:tcW w:w="1656" w:type="dxa"/>
            <w:shd w:val="clear" w:color="auto" w:fill="F3F6FA"/>
            <w:vAlign w:val="center"/>
          </w:tcPr>
          <w:p w14:paraId="73167E11" w14:textId="77777777" w:rsidR="00E3716F" w:rsidRDefault="00000000">
            <w:r>
              <w:rPr>
                <w:sz w:val="18"/>
              </w:rPr>
              <w:t>_____ zł</w:t>
            </w:r>
          </w:p>
        </w:tc>
      </w:tr>
    </w:tbl>
    <w:p w14:paraId="34AEADA6" w14:textId="77777777" w:rsidR="00E3716F" w:rsidRDefault="00E3716F">
      <w:pPr>
        <w:spacing w:after="20"/>
      </w:pPr>
    </w:p>
    <w:p w14:paraId="2C488C7A" w14:textId="77777777" w:rsidR="00E3716F" w:rsidRDefault="00000000">
      <w:pPr>
        <w:pStyle w:val="Nagwek1"/>
      </w:pPr>
      <w:r>
        <w:t>Kontrola wydatku podróżnego</w:t>
      </w:r>
    </w:p>
    <w:p w14:paraId="7641EF9F" w14:textId="77777777" w:rsidR="00E3716F" w:rsidRDefault="00000000">
      <w:r>
        <w:t>☐ Paliwo na stacji benzynowej</w:t>
      </w:r>
    </w:p>
    <w:p w14:paraId="5A9295A7" w14:textId="77777777" w:rsidR="00E3716F" w:rsidRDefault="00000000">
      <w:r>
        <w:t>☐ Kwalifikowany bilet lotniczy</w:t>
      </w:r>
    </w:p>
    <w:p w14:paraId="44842147" w14:textId="77777777" w:rsidR="00E3716F" w:rsidRDefault="00000000">
      <w:r>
        <w:t>☐ Kwalifikowany bilet kolejowy lub autokarowy</w:t>
      </w:r>
    </w:p>
    <w:p w14:paraId="1BFD7311" w14:textId="77777777" w:rsidR="00E3716F" w:rsidRDefault="00000000">
      <w:r>
        <w:t>☐ Wycieczka kupiona w biurze podróży lub u agenta</w:t>
      </w:r>
    </w:p>
    <w:p w14:paraId="65341795" w14:textId="77777777" w:rsidR="00E3716F" w:rsidRDefault="00000000">
      <w:r>
        <w:t>Data transakcji: ____________________</w:t>
      </w:r>
    </w:p>
    <w:p w14:paraId="1A79A91D" w14:textId="77777777" w:rsidR="00E3716F" w:rsidRDefault="00000000">
      <w:r>
        <w:lastRenderedPageBreak/>
        <w:t>Wartość transakcji: ____________________</w:t>
      </w:r>
    </w:p>
    <w:p w14:paraId="48598C49" w14:textId="77777777" w:rsidR="00E3716F" w:rsidRDefault="00000000">
      <w:r>
        <w:t>20% wartości: ____________________</w:t>
      </w:r>
    </w:p>
    <w:p w14:paraId="2E67A2B0" w14:textId="77777777" w:rsidR="00E3716F" w:rsidRDefault="00000000">
      <w:r>
        <w:t>Saldo portfela przed wypłatą: ____________________</w:t>
      </w:r>
    </w:p>
    <w:p w14:paraId="58D90F6E" w14:textId="77777777" w:rsidR="00E3716F" w:rsidRDefault="00000000">
      <w:r>
        <w:t>Otrzymana nagroda: ____________________</w:t>
      </w:r>
    </w:p>
    <w:p w14:paraId="1A31D278" w14:textId="77777777" w:rsidR="00E3716F" w:rsidRDefault="00000000">
      <w:r>
        <w:t>Saldo portfela po wypłacie: ____________________</w:t>
      </w:r>
    </w:p>
    <w:p w14:paraId="04640177" w14:textId="77777777" w:rsidR="00E3716F" w:rsidRDefault="00000000">
      <w:pPr>
        <w:pStyle w:val="Nagwek1"/>
      </w:pPr>
      <w:r>
        <w:t>Reklamacja braku naliczenia lub nagrody</w:t>
      </w:r>
    </w:p>
    <w:p w14:paraId="0B98EABB" w14:textId="77777777" w:rsidR="00E3716F" w:rsidRDefault="00000000">
      <w:r>
        <w:t>Data transakcji: ____________________</w:t>
      </w:r>
    </w:p>
    <w:p w14:paraId="0471B9C4" w14:textId="77777777" w:rsidR="00E3716F" w:rsidRDefault="00000000">
      <w:r>
        <w:t>Kwota i sprzedawca: ____________________</w:t>
      </w:r>
    </w:p>
    <w:p w14:paraId="19F03FAA" w14:textId="77777777" w:rsidR="00E3716F" w:rsidRDefault="00000000">
      <w:r>
        <w:t>Sposób płatności: karta / BLIK</w:t>
      </w:r>
    </w:p>
    <w:p w14:paraId="30C71DB9" w14:textId="77777777" w:rsidR="00E3716F" w:rsidRDefault="00000000">
      <w:r>
        <w:t>Potwierdzenie transakcji zapisane: ☐</w:t>
      </w:r>
    </w:p>
    <w:p w14:paraId="61CC0830" w14:textId="77777777" w:rsidR="00E3716F" w:rsidRDefault="00000000">
      <w:r>
        <w:t>Zrzut portfela zwrotów zapisany: ☐</w:t>
      </w:r>
    </w:p>
    <w:p w14:paraId="6B630C4D" w14:textId="77777777" w:rsidR="00E3716F" w:rsidRDefault="00000000">
      <w:r>
        <w:t>Data reklamacji: ____________________</w:t>
      </w:r>
    </w:p>
    <w:p w14:paraId="51DBD145" w14:textId="77777777" w:rsidR="00E3716F" w:rsidRDefault="00000000">
      <w:r>
        <w:t>Numer sprawy: ____________________</w:t>
      </w:r>
    </w:p>
    <w:p w14:paraId="78F82219" w14:textId="77777777" w:rsidR="00E3716F" w:rsidRDefault="00000000">
      <w:r>
        <w:t>Termin odpowiedzi: ____________________</w:t>
      </w:r>
    </w:p>
    <w:p w14:paraId="624117B6" w14:textId="77777777" w:rsidR="00E3716F" w:rsidRDefault="00000000">
      <w:r>
        <w:t>Wynik reklamacji: ______________________________________________</w:t>
      </w:r>
    </w:p>
    <w:p w14:paraId="76377A0E" w14:textId="77777777" w:rsidR="00E3716F" w:rsidRDefault="00000000">
      <w:pPr>
        <w:pStyle w:val="Nagwek1"/>
      </w:pPr>
      <w:r>
        <w:t>Źródła do ponownego sprawdzenia</w:t>
      </w:r>
    </w:p>
    <w:p w14:paraId="1E3A1AF1" w14:textId="72950284" w:rsidR="00D633F2" w:rsidRDefault="00D633F2">
      <w:pPr>
        <w:pStyle w:val="Listapunktowana"/>
      </w:pPr>
      <w:r w:rsidRPr="00D633F2">
        <w:t>https://moneta24.pl/link/konto-przekorzystne</w:t>
      </w:r>
    </w:p>
    <w:p w14:paraId="77A901B2" w14:textId="30754739" w:rsidR="00E3716F" w:rsidRDefault="00000000">
      <w:pPr>
        <w:pStyle w:val="Listapunktowana"/>
      </w:pPr>
      <w:r>
        <w:t>https://moneta24.pl/oferty/bank-pekao-konto-przekorzystne/</w:t>
      </w:r>
    </w:p>
    <w:p w14:paraId="29B307B2" w14:textId="77777777" w:rsidR="00E3716F" w:rsidRDefault="00000000">
      <w:pPr>
        <w:pStyle w:val="Listapunktowana"/>
      </w:pPr>
      <w:r>
        <w:t>https://moneta24.pl/recenzje/konto-przekorzystne-pekao-opinie/</w:t>
      </w:r>
    </w:p>
    <w:sectPr w:rsidR="00E3716F" w:rsidSect="00034616">
      <w:footerReference w:type="default" r:id="rId8"/>
      <w:pgSz w:w="12240" w:h="15840"/>
      <w:pgMar w:top="1037" w:right="1123" w:bottom="1037" w:left="1123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2B80" w14:textId="77777777" w:rsidR="004E6C11" w:rsidRDefault="004E6C11">
      <w:pPr>
        <w:spacing w:after="0" w:line="240" w:lineRule="auto"/>
      </w:pPr>
      <w:r>
        <w:separator/>
      </w:r>
    </w:p>
  </w:endnote>
  <w:endnote w:type="continuationSeparator" w:id="0">
    <w:p w14:paraId="01231C78" w14:textId="77777777" w:rsidR="004E6C11" w:rsidRDefault="004E6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E34B0" w14:textId="77777777" w:rsidR="00E3716F" w:rsidRDefault="00000000">
    <w:pPr>
      <w:pStyle w:val="Stopka"/>
      <w:tabs>
        <w:tab w:val="left" w:pos="9720"/>
      </w:tabs>
    </w:pPr>
    <w:hyperlink r:id="rId1">
      <w:r>
        <w:rPr>
          <w:color w:val="666666"/>
          <w:sz w:val="18"/>
          <w:szCs w:val="18"/>
        </w:rPr>
        <w:t>Moneta24.pl - Proste decyzje finansowe</w:t>
      </w:r>
    </w:hyperlink>
    <w:r>
      <w:tab/>
    </w:r>
    <w:r>
      <w:rPr>
        <w:color w:val="666666"/>
        <w:sz w:val="18"/>
      </w:rPr>
      <w:t xml:space="preserve">Strona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>
      <w:rPr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7B40" w14:textId="77777777" w:rsidR="004E6C11" w:rsidRDefault="004E6C11">
      <w:pPr>
        <w:spacing w:after="0" w:line="240" w:lineRule="auto"/>
      </w:pPr>
      <w:r>
        <w:separator/>
      </w:r>
    </w:p>
  </w:footnote>
  <w:footnote w:type="continuationSeparator" w:id="0">
    <w:p w14:paraId="7D2FA6C2" w14:textId="77777777" w:rsidR="004E6C11" w:rsidRDefault="004E6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7821335">
    <w:abstractNumId w:val="8"/>
  </w:num>
  <w:num w:numId="2" w16cid:durableId="909004795">
    <w:abstractNumId w:val="6"/>
  </w:num>
  <w:num w:numId="3" w16cid:durableId="526873779">
    <w:abstractNumId w:val="5"/>
  </w:num>
  <w:num w:numId="4" w16cid:durableId="906842755">
    <w:abstractNumId w:val="4"/>
  </w:num>
  <w:num w:numId="5" w16cid:durableId="440301498">
    <w:abstractNumId w:val="7"/>
  </w:num>
  <w:num w:numId="6" w16cid:durableId="694699516">
    <w:abstractNumId w:val="3"/>
  </w:num>
  <w:num w:numId="7" w16cid:durableId="8414773">
    <w:abstractNumId w:val="2"/>
  </w:num>
  <w:num w:numId="8" w16cid:durableId="302543461">
    <w:abstractNumId w:val="1"/>
  </w:num>
  <w:num w:numId="9" w16cid:durableId="43544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6C11"/>
    <w:rsid w:val="009D6A44"/>
    <w:rsid w:val="00AA1D8D"/>
    <w:rsid w:val="00B47730"/>
    <w:rsid w:val="00CB0664"/>
    <w:rsid w:val="00D633F2"/>
    <w:rsid w:val="00E371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20E28"/>
  <w14:defaultImageDpi w14:val="300"/>
  <w15:docId w15:val="{A2C85330-FD9C-4174-9068-7AD29112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69" w:lineRule="auto"/>
    </w:pPr>
    <w:rPr>
      <w:rFonts w:ascii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3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80"/>
    </w:pPr>
    <w:rPr>
      <w:rFonts w:ascii="Aptos" w:hAnsi="Aptos"/>
      <w:color w:val="464646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neta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Moneta24.pl</dc:creator>
  <cp:keywords/>
  <dc:description>generated by python-docx</dc:description>
  <cp:lastModifiedBy>slavo slavoni</cp:lastModifiedBy>
  <cp:revision>2</cp:revision>
  <dcterms:created xsi:type="dcterms:W3CDTF">2013-12-23T23:15:00Z</dcterms:created>
  <dcterms:modified xsi:type="dcterms:W3CDTF">2026-09-24T12:59:00Z</dcterms:modified>
  <cp:category/>
</cp:coreProperties>
</file>